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460E" w14:textId="1A02937E" w:rsidR="0049774F" w:rsidRPr="002726F5" w:rsidRDefault="00BB1BFC">
      <w:pPr>
        <w:spacing w:after="100"/>
        <w:jc w:val="center"/>
        <w:rPr>
          <w:b/>
          <w:lang w:val="de-DE"/>
        </w:rPr>
      </w:pPr>
      <w:r w:rsidRPr="002726F5">
        <w:rPr>
          <w:b/>
          <w:sz w:val="32"/>
          <w:lang w:val="de-DE"/>
        </w:rPr>
        <w:t xml:space="preserve">Schuljahreskalender </w:t>
      </w:r>
      <w:r w:rsidR="002726F5" w:rsidRPr="002726F5">
        <w:rPr>
          <w:b/>
          <w:sz w:val="32"/>
          <w:lang w:val="de-DE"/>
        </w:rPr>
        <w:t>Alexander</w:t>
      </w:r>
      <w:r w:rsidR="002726F5">
        <w:rPr>
          <w:b/>
          <w:sz w:val="32"/>
          <w:lang w:val="de-DE"/>
        </w:rPr>
        <w:t>-</w:t>
      </w:r>
      <w:r w:rsidR="002726F5" w:rsidRPr="002726F5">
        <w:rPr>
          <w:b/>
          <w:sz w:val="32"/>
          <w:lang w:val="de-DE"/>
        </w:rPr>
        <w:t>Coppel-Gesam</w:t>
      </w:r>
      <w:r w:rsidR="002726F5">
        <w:rPr>
          <w:b/>
          <w:sz w:val="32"/>
          <w:lang w:val="de-DE"/>
        </w:rPr>
        <w:t>tschule</w:t>
      </w:r>
    </w:p>
    <w:p w14:paraId="42A56831" w14:textId="77777777" w:rsidR="0049774F" w:rsidRPr="002726F5" w:rsidRDefault="00BB1BFC">
      <w:pPr>
        <w:spacing w:after="80"/>
        <w:jc w:val="center"/>
        <w:rPr>
          <w:lang w:val="de-DE"/>
        </w:rPr>
      </w:pPr>
      <w:r w:rsidRPr="002726F5">
        <w:rPr>
          <w:b/>
          <w:sz w:val="24"/>
          <w:lang w:val="de-DE"/>
        </w:rPr>
        <w:t>Schuljahr 2026/2027</w:t>
      </w:r>
    </w:p>
    <w:p w14:paraId="5E9B0939" w14:textId="702172C3" w:rsidR="0049774F" w:rsidRPr="002726F5" w:rsidRDefault="00BB1BFC">
      <w:pPr>
        <w:spacing w:after="40"/>
        <w:jc w:val="center"/>
        <w:rPr>
          <w:lang w:val="de-DE"/>
        </w:rPr>
      </w:pPr>
      <w:r w:rsidRPr="002726F5">
        <w:rPr>
          <w:color w:val="5A5A5A"/>
          <w:sz w:val="17"/>
          <w:lang w:val="de-DE"/>
        </w:rPr>
        <w:t xml:space="preserve">Stand: </w:t>
      </w:r>
      <w:r w:rsidR="003D4155">
        <w:rPr>
          <w:color w:val="5A5A5A"/>
          <w:sz w:val="17"/>
          <w:lang w:val="de-DE"/>
        </w:rPr>
        <w:t>11.09</w:t>
      </w:r>
      <w:r w:rsidRPr="002726F5">
        <w:rPr>
          <w:color w:val="5A5A5A"/>
          <w:sz w:val="17"/>
          <w:lang w:val="de-DE"/>
        </w:rPr>
        <w:t>.2026</w:t>
      </w:r>
    </w:p>
    <w:p w14:paraId="7CBDBF59" w14:textId="77777777" w:rsidR="0049774F" w:rsidRPr="007A0867" w:rsidRDefault="0049774F">
      <w:pPr>
        <w:spacing w:after="80"/>
        <w:rPr>
          <w:lang w:val="de-DE"/>
        </w:rPr>
      </w:pP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232"/>
        <w:gridCol w:w="6264"/>
      </w:tblGrid>
      <w:tr w:rsidR="0049774F" w14:paraId="54FE4843" w14:textId="77777777" w:rsidTr="007A0867">
        <w:trPr>
          <w:cantSplit/>
          <w:tblHeader/>
          <w:jc w:val="center"/>
        </w:trPr>
        <w:tc>
          <w:tcPr>
            <w:tcW w:w="2088" w:type="dxa"/>
            <w:shd w:val="clear" w:color="auto" w:fill="808080" w:themeFill="background1" w:themeFillShade="8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662ABE6" w14:textId="77777777" w:rsidR="0049774F" w:rsidRDefault="00BB1BFC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Datum</w:t>
            </w:r>
          </w:p>
        </w:tc>
        <w:tc>
          <w:tcPr>
            <w:tcW w:w="2232" w:type="dxa"/>
            <w:shd w:val="clear" w:color="auto" w:fill="808080" w:themeFill="background1" w:themeFillShade="8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69660D" w14:textId="77777777" w:rsidR="0049774F" w:rsidRDefault="00BB1BFC">
            <w:pPr>
              <w:spacing w:after="0" w:line="240" w:lineRule="auto"/>
            </w:pPr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w="6264" w:type="dxa"/>
            <w:shd w:val="clear" w:color="auto" w:fill="808080" w:themeFill="background1" w:themeFillShade="8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07CF637" w14:textId="77777777" w:rsidR="0049774F" w:rsidRDefault="00BB1BFC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9"/>
              </w:rPr>
              <w:t>Terminart</w:t>
            </w:r>
            <w:proofErr w:type="spellEnd"/>
          </w:p>
        </w:tc>
      </w:tr>
      <w:tr w:rsidR="0049774F" w14:paraId="090DA6B3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A271998" w14:textId="77777777" w:rsidR="0049774F" w:rsidRDefault="00BB1BFC">
            <w:pPr>
              <w:keepNext/>
              <w:spacing w:after="0" w:line="240" w:lineRule="auto"/>
            </w:pPr>
            <w:r>
              <w:rPr>
                <w:b/>
                <w:color w:val="000000"/>
                <w:sz w:val="20"/>
              </w:rPr>
              <w:t>August / September 2026</w:t>
            </w:r>
          </w:p>
        </w:tc>
      </w:tr>
      <w:tr w:rsidR="0049774F" w14:paraId="6B59834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C0E9A1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27.08.2026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CFC610" w14:textId="3CD00C84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10</w:t>
            </w:r>
            <w:r w:rsidR="00815E50">
              <w:rPr>
                <w:color w:val="000000"/>
              </w:rPr>
              <w:t>:</w:t>
            </w:r>
            <w:r>
              <w:rPr>
                <w:color w:val="000000"/>
              </w:rPr>
              <w:t>00</w:t>
            </w:r>
            <w:r w:rsidR="00815E50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>13</w:t>
            </w:r>
            <w:r w:rsidR="00815E50">
              <w:rPr>
                <w:color w:val="000000"/>
              </w:rPr>
              <w:t>:</w:t>
            </w:r>
            <w:r>
              <w:rPr>
                <w:color w:val="000000"/>
              </w:rPr>
              <w:t>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7EE4853" w14:textId="7777777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Schulleitungssitzung</w:t>
            </w:r>
            <w:proofErr w:type="spellEnd"/>
          </w:p>
        </w:tc>
      </w:tr>
      <w:tr w:rsidR="0049774F" w14:paraId="3960513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0EF112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31.08.–Di., 01.09.2026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C432020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6342446" w14:textId="77777777" w:rsidR="0049774F" w:rsidRDefault="00BB1BF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Mündliche</w:t>
            </w:r>
            <w:proofErr w:type="spellEnd"/>
            <w:r>
              <w:rPr>
                <w:color w:val="000000"/>
              </w:rPr>
              <w:t xml:space="preserve"> und </w:t>
            </w:r>
            <w:proofErr w:type="spellStart"/>
            <w:r>
              <w:rPr>
                <w:color w:val="000000"/>
              </w:rPr>
              <w:t>schriftliche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Nachprüfungen</w:t>
            </w:r>
            <w:proofErr w:type="spellEnd"/>
          </w:p>
        </w:tc>
      </w:tr>
      <w:tr w:rsidR="0049774F" w14:paraId="43AFE09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F17B4BE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31.08.2026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B7DC51A" w14:textId="7EE0BB69" w:rsidR="0049774F" w:rsidRDefault="00815E50">
            <w:pPr>
              <w:spacing w:after="0" w:line="240" w:lineRule="auto"/>
            </w:pPr>
            <w:r>
              <w:rPr>
                <w:color w:val="000000"/>
              </w:rPr>
              <w:t>0</w:t>
            </w:r>
            <w:r w:rsidR="00BB1BFC">
              <w:rPr>
                <w:color w:val="000000"/>
              </w:rPr>
              <w:t>7</w:t>
            </w:r>
            <w:r>
              <w:rPr>
                <w:color w:val="000000"/>
              </w:rPr>
              <w:t>:</w:t>
            </w:r>
            <w:r w:rsidR="00BB1BFC">
              <w:rPr>
                <w:color w:val="000000"/>
              </w:rPr>
              <w:t>45</w:t>
            </w:r>
            <w:r>
              <w:rPr>
                <w:color w:val="000000"/>
              </w:rPr>
              <w:t xml:space="preserve"> </w:t>
            </w:r>
            <w:r w:rsidR="00BB1BFC">
              <w:rPr>
                <w:color w:val="000000"/>
              </w:rPr>
              <w:t>–</w:t>
            </w:r>
            <w:r>
              <w:rPr>
                <w:color w:val="000000"/>
              </w:rPr>
              <w:t>0</w:t>
            </w:r>
            <w:r w:rsidR="00BB1BFC">
              <w:rPr>
                <w:color w:val="000000"/>
              </w:rPr>
              <w:t>8</w:t>
            </w:r>
            <w:r>
              <w:rPr>
                <w:color w:val="000000"/>
              </w:rPr>
              <w:t>:</w:t>
            </w:r>
            <w:r w:rsidR="00BB1BFC">
              <w:rPr>
                <w:color w:val="000000"/>
              </w:rPr>
              <w:t>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2FF3562" w14:textId="77777777" w:rsidR="0049774F" w:rsidRDefault="00BB1BF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Gleichstellungskonferenz</w:t>
            </w:r>
            <w:proofErr w:type="spellEnd"/>
            <w:r>
              <w:rPr>
                <w:color w:val="000000"/>
              </w:rPr>
              <w:t xml:space="preserve"> (K01)</w:t>
            </w:r>
          </w:p>
        </w:tc>
      </w:tr>
      <w:tr w:rsidR="0049774F" w14:paraId="6931616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D48FC84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31.08.2026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40C3C1C" w14:textId="3036CFF0" w:rsidR="0049774F" w:rsidRDefault="00815E50">
            <w:pPr>
              <w:spacing w:after="0" w:line="240" w:lineRule="auto"/>
            </w:pPr>
            <w:r>
              <w:rPr>
                <w:color w:val="000000"/>
              </w:rPr>
              <w:t>0</w:t>
            </w:r>
            <w:r w:rsidR="00BB1BFC">
              <w:rPr>
                <w:color w:val="000000"/>
              </w:rPr>
              <w:t>8</w:t>
            </w:r>
            <w:r>
              <w:rPr>
                <w:color w:val="000000"/>
              </w:rPr>
              <w:t>:</w:t>
            </w:r>
            <w:r w:rsidR="00BB1BFC">
              <w:rPr>
                <w:color w:val="000000"/>
              </w:rPr>
              <w:t>30–11</w:t>
            </w:r>
            <w:r>
              <w:rPr>
                <w:color w:val="000000"/>
              </w:rPr>
              <w:t>:</w:t>
            </w:r>
            <w:r w:rsidR="00BB1BFC">
              <w:rPr>
                <w:color w:val="000000"/>
              </w:rPr>
              <w:t xml:space="preserve">30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6A9DB7" w14:textId="7777777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Lehrerkonferenz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Kollegiumsfoto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49774F" w:rsidRPr="00265512" w14:paraId="592ACEA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6718F4C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31.08.2026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930DE7" w14:textId="7BDF66E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13</w:t>
            </w:r>
            <w:r w:rsidR="00815E50">
              <w:rPr>
                <w:color w:val="000000"/>
              </w:rPr>
              <w:t>:</w:t>
            </w:r>
            <w:r>
              <w:rPr>
                <w:color w:val="000000"/>
              </w:rPr>
              <w:t>00–16:00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D895912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Alle Teamsitzungen Sek. I / Sek. II (K01), zusätzlich Team 8/9 und FK Berufsorientierung</w:t>
            </w:r>
          </w:p>
        </w:tc>
      </w:tr>
      <w:tr w:rsidR="0049774F" w14:paraId="289203A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A46783E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31.08.2026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C7FB65E" w14:textId="57E9539A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18:00–22:00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8417CE" w14:textId="7777777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Back-to-school-</w:t>
            </w:r>
            <w:proofErr w:type="spellStart"/>
            <w:r>
              <w:rPr>
                <w:color w:val="000000"/>
              </w:rPr>
              <w:t>Kollegiumsparty</w:t>
            </w:r>
            <w:proofErr w:type="spellEnd"/>
          </w:p>
        </w:tc>
      </w:tr>
      <w:tr w:rsidR="0049774F" w14:paraId="7F2CF0F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4A28133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01.09.2026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943341A" w14:textId="49C8926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8:00–10:00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32BA96" w14:textId="77777777" w:rsidR="0049774F" w:rsidRDefault="00BB1BFC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Fachkonferenzen Sport (K01), Französisch (K02), Hauswirtschaft (KÜ), Kunst (KU1) und Sozialwissenschaften Sek. </w:t>
            </w:r>
            <w:r>
              <w:rPr>
                <w:color w:val="000000"/>
              </w:rPr>
              <w:t>II (K11)</w:t>
            </w:r>
          </w:p>
        </w:tc>
      </w:tr>
      <w:tr w:rsidR="0049774F" w:rsidRPr="00265512" w14:paraId="1F02E35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A254A2F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01.09.2026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39BE317" w14:textId="13E66589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10:00–12:00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E63A022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Fachkonferenzen Philosophie / Praktische Philosophie (K11), Religion ER/KR (K02), Geschichte Sek. II (K01), Mathematik (K12), </w:t>
            </w:r>
            <w:proofErr w:type="spellStart"/>
            <w:r w:rsidRPr="007A0867">
              <w:rPr>
                <w:color w:val="000000"/>
                <w:lang w:val="de-DE"/>
              </w:rPr>
              <w:t>DuG</w:t>
            </w:r>
            <w:proofErr w:type="spellEnd"/>
            <w:r w:rsidRPr="007A0867">
              <w:rPr>
                <w:color w:val="000000"/>
                <w:lang w:val="de-DE"/>
              </w:rPr>
              <w:t xml:space="preserve"> (KU1) und SOPÄ-Inklusion (G14; SonderpädagogInnen und Lehrkräfte mit Sonderpädagog</w:t>
            </w:r>
            <w:r w:rsidR="007A0867">
              <w:rPr>
                <w:color w:val="000000"/>
                <w:lang w:val="de-DE"/>
              </w:rPr>
              <w:t>ik/</w:t>
            </w:r>
            <w:proofErr w:type="spellStart"/>
            <w:r w:rsidR="007A0867">
              <w:rPr>
                <w:color w:val="000000"/>
                <w:lang w:val="de-DE"/>
              </w:rPr>
              <w:t>Doppelbes</w:t>
            </w:r>
            <w:proofErr w:type="spellEnd"/>
            <w:r w:rsidR="007A0867">
              <w:rPr>
                <w:color w:val="000000"/>
                <w:lang w:val="de-DE"/>
              </w:rPr>
              <w:t>.</w:t>
            </w:r>
            <w:r w:rsidRPr="007A0867">
              <w:rPr>
                <w:color w:val="000000"/>
                <w:lang w:val="de-DE"/>
              </w:rPr>
              <w:t xml:space="preserve"> im Stundenplan)</w:t>
            </w:r>
          </w:p>
        </w:tc>
      </w:tr>
      <w:tr w:rsidR="0049774F" w:rsidRPr="00265512" w14:paraId="761A121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CD9244D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01.09.2026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1527CAF" w14:textId="75BD1439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</w:t>
            </w:r>
            <w:r w:rsidR="002E4997">
              <w:rPr>
                <w:color w:val="000000"/>
              </w:rPr>
              <w:t>0:</w:t>
            </w:r>
            <w:r>
              <w:rPr>
                <w:color w:val="000000"/>
              </w:rPr>
              <w:t>00–13:00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4860FD5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Generalprobe der Einschulungsfeier (neue Halle)</w:t>
            </w:r>
          </w:p>
        </w:tc>
      </w:tr>
      <w:tr w:rsidR="0049774F" w:rsidRPr="00265512" w14:paraId="3BD4EF7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1346FD7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01.09.2026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3B37E92" w14:textId="7087F948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12:00–14:00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0B7D5C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Fachkonferenzen Biologie (Bio1), Chemie (CH2), Physik (PH1), Spanisch (K01), Informatik (Inf1), GL (K02) und Sonderpädagogik</w:t>
            </w:r>
          </w:p>
        </w:tc>
      </w:tr>
      <w:tr w:rsidR="0049774F" w:rsidRPr="00265512" w14:paraId="31D2189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2F469AC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01.09.2026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586CE77" w14:textId="57C6BD62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14:00–16:00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FAB831F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Fachkonferenzen Deutsch (K01), Musik (MU1), Technik (TC1), NW (Bio1) und Inklusion</w:t>
            </w:r>
          </w:p>
        </w:tc>
      </w:tr>
      <w:tr w:rsidR="0049774F" w:rsidRPr="00265512" w14:paraId="6D1AA3F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9F022FD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02.09.2026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C7B15F5" w14:textId="02E473FA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8:00–11:50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062DE0" w14:textId="5D7891F0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1. Unterrichtstag für die Jahrgänge 6–Q2; </w:t>
            </w:r>
            <w:r w:rsidR="00265512" w:rsidRPr="00265512">
              <w:rPr>
                <w:color w:val="000000"/>
                <w:lang w:val="de-DE"/>
              </w:rPr>
              <w:t>Klassen- bzw. Beratungslehrerunterricht</w:t>
            </w:r>
            <w:r w:rsidR="00265512">
              <w:rPr>
                <w:color w:val="000000"/>
                <w:lang w:val="de-DE"/>
              </w:rPr>
              <w:t xml:space="preserve">; </w:t>
            </w:r>
            <w:r w:rsidRPr="007A0867">
              <w:rPr>
                <w:color w:val="000000"/>
                <w:lang w:val="de-DE"/>
              </w:rPr>
              <w:t>Unterricht bis 11:50 Uhr</w:t>
            </w:r>
          </w:p>
        </w:tc>
      </w:tr>
      <w:tr w:rsidR="0049774F" w:rsidRPr="00265512" w14:paraId="4FC71D0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FD9A9A8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02.09.2026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4E5B5A" w14:textId="7CA6B556" w:rsidR="0049774F" w:rsidRDefault="00EE5299">
            <w:pPr>
              <w:spacing w:after="0" w:line="240" w:lineRule="auto"/>
            </w:pPr>
            <w:r>
              <w:t xml:space="preserve">10:15 </w:t>
            </w:r>
            <w:r w:rsidR="0041739D">
              <w:t>– 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513483E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Einschulungsfeier des neuen 5. Jahrgangs (neue Sporthalle)</w:t>
            </w:r>
          </w:p>
        </w:tc>
      </w:tr>
      <w:tr w:rsidR="0049774F" w:rsidRPr="00265512" w14:paraId="6CCDF2A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CB2C63B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02.09.2026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16BABB6" w14:textId="445FD41D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13:15–14:30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A73CA3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Dienstbesprechung der Lehrkräfte der Klassen 5d–f</w:t>
            </w:r>
          </w:p>
        </w:tc>
      </w:tr>
      <w:tr w:rsidR="0049774F" w:rsidRPr="00265512" w14:paraId="441DE381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3E409A1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02.09.2026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522840" w14:textId="5562153A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13:15–14:30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DEF305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Dienstbesprechung der Teams 5d/e/f mit Klassen-, Fach- und Förderlehrkräften sowie HelferInnen (Klassenräume 5d/e/f)</w:t>
            </w:r>
          </w:p>
        </w:tc>
      </w:tr>
      <w:tr w:rsidR="0049774F" w:rsidRPr="00265512" w14:paraId="66FC47E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9AD99CA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02.–Fr., 11.09.2026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3F1B0A1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A11C697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Fotos für alle Jahrgänge sowie neue </w:t>
            </w:r>
            <w:proofErr w:type="spellStart"/>
            <w:r w:rsidRPr="007A0867">
              <w:rPr>
                <w:color w:val="000000"/>
                <w:lang w:val="de-DE"/>
              </w:rPr>
              <w:t>EinzelschülerInnen</w:t>
            </w:r>
            <w:proofErr w:type="spellEnd"/>
            <w:r w:rsidRPr="007A0867">
              <w:rPr>
                <w:color w:val="000000"/>
                <w:lang w:val="de-DE"/>
              </w:rPr>
              <w:t xml:space="preserve"> und Klassenfotos; dezentral durch Klassen- bzw. Beratungslehrkräfte</w:t>
            </w:r>
          </w:p>
        </w:tc>
      </w:tr>
      <w:tr w:rsidR="0049774F" w14:paraId="0A97CA5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75E3EFA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03.–Fr., 04.09.2026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5A2FE85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0B1E58" w14:textId="77777777" w:rsidR="0049774F" w:rsidRDefault="00BB1BF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Jahrgangsstufenfahrt</w:t>
            </w:r>
            <w:proofErr w:type="spellEnd"/>
            <w:r>
              <w:rPr>
                <w:color w:val="000000"/>
              </w:rPr>
              <w:t xml:space="preserve"> EF / </w:t>
            </w:r>
            <w:proofErr w:type="spellStart"/>
            <w:r>
              <w:rPr>
                <w:color w:val="000000"/>
              </w:rPr>
              <w:t>Einführungstage</w:t>
            </w:r>
            <w:proofErr w:type="spellEnd"/>
            <w:r>
              <w:rPr>
                <w:color w:val="000000"/>
              </w:rPr>
              <w:t xml:space="preserve"> (Wuppertal)</w:t>
            </w:r>
          </w:p>
        </w:tc>
      </w:tr>
      <w:tr w:rsidR="0049774F" w:rsidRPr="00265512" w14:paraId="6CDBAD9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45EB850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03.–Fr., 04.09.2026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D1A66F" w14:textId="33B76C59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8:00–13:15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5EAD435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Unterricht des 5. Jahrgangs nach Sonderplan</w:t>
            </w:r>
          </w:p>
        </w:tc>
      </w:tr>
      <w:tr w:rsidR="0049774F" w:rsidRPr="00265512" w14:paraId="7A89653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29FB733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03.–Fr., 04.09.2026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443F9AC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ECDDC4E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Unterricht der Jahrgänge 6–Q2 nach Stundenplan</w:t>
            </w:r>
          </w:p>
        </w:tc>
      </w:tr>
      <w:tr w:rsidR="0049774F" w:rsidRPr="00265512" w14:paraId="333BC30B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3FDCB40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03.–Fr., 04.09.2026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A6B13EB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8E7E4A8" w14:textId="014A06C6" w:rsidR="0049774F" w:rsidRPr="00265512" w:rsidRDefault="00BB1BFC">
            <w:pPr>
              <w:spacing w:after="0" w:line="240" w:lineRule="auto"/>
              <w:rPr>
                <w:lang w:val="de-DE"/>
              </w:rPr>
            </w:pPr>
            <w:r w:rsidRPr="00265512">
              <w:rPr>
                <w:color w:val="000000"/>
                <w:lang w:val="de-DE"/>
              </w:rPr>
              <w:t>Beginn des allgemeinen Mensabetriebs</w:t>
            </w:r>
            <w:r w:rsidR="00265512" w:rsidRPr="00265512">
              <w:rPr>
                <w:color w:val="000000"/>
                <w:lang w:val="de-DE"/>
              </w:rPr>
              <w:t>, Öf</w:t>
            </w:r>
            <w:r w:rsidR="00265512">
              <w:rPr>
                <w:color w:val="000000"/>
                <w:lang w:val="de-DE"/>
              </w:rPr>
              <w:t>fnung der Cafeteria</w:t>
            </w:r>
          </w:p>
        </w:tc>
      </w:tr>
      <w:tr w:rsidR="0049774F" w:rsidRPr="00265512" w14:paraId="0B7809D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11FCF3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Fr., 04.09.2026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121BAB0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03D10E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Gemeinsames Mensaessen des 5. Jahrgangs nach Sonderplan</w:t>
            </w:r>
          </w:p>
        </w:tc>
      </w:tr>
      <w:tr w:rsidR="0049774F" w:rsidRPr="00265512" w14:paraId="25E3A57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1EA087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Fr., 04.09.2026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011497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D7FAB82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Start der Anmeldungen für </w:t>
            </w:r>
            <w:proofErr w:type="spellStart"/>
            <w:r w:rsidRPr="007A0867">
              <w:rPr>
                <w:color w:val="000000"/>
                <w:lang w:val="de-DE"/>
              </w:rPr>
              <w:t>BeST</w:t>
            </w:r>
            <w:proofErr w:type="spellEnd"/>
            <w:r w:rsidRPr="007A0867">
              <w:rPr>
                <w:color w:val="000000"/>
                <w:lang w:val="de-DE"/>
              </w:rPr>
              <w:t>-Kurse im Online-Portal</w:t>
            </w:r>
          </w:p>
        </w:tc>
      </w:tr>
      <w:tr w:rsidR="0049774F" w:rsidRPr="00265512" w14:paraId="4BFBF02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4ECCC6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07.09.2026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F1290E9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64E1157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Beginn der OMAs (Offene Mittagsangebote)</w:t>
            </w:r>
          </w:p>
        </w:tc>
      </w:tr>
      <w:tr w:rsidR="00BA3212" w:rsidRPr="00265512" w14:paraId="66BC59D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DCFBC7" w14:textId="75FCD89C" w:rsidR="00BA3212" w:rsidRDefault="00BA3212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Mo., 07.09.2026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2B3CF4C" w14:textId="750FB4AF" w:rsidR="00BA3212" w:rsidRDefault="00BA3212">
            <w:pPr>
              <w:spacing w:after="0" w:line="240" w:lineRule="auto"/>
            </w:pPr>
            <w:r w:rsidRPr="00BA3212">
              <w:rPr>
                <w:color w:val="000000"/>
                <w:lang w:val="de-DE"/>
              </w:rPr>
              <w:t>09:15</w:t>
            </w:r>
            <w:r>
              <w:rPr>
                <w:color w:val="000000"/>
                <w:lang w:val="de-DE"/>
              </w:rPr>
              <w:t xml:space="preserve"> – 11:50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244D76" w14:textId="583BF029" w:rsidR="00BA3212" w:rsidRPr="00BA3212" w:rsidRDefault="00BA3212" w:rsidP="00BA321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A3212">
              <w:rPr>
                <w:color w:val="000000"/>
                <w:lang w:val="de-DE"/>
              </w:rPr>
              <w:t xml:space="preserve">Infoveranstaltung </w:t>
            </w:r>
            <w:proofErr w:type="spellStart"/>
            <w:r w:rsidRPr="00BA3212">
              <w:rPr>
                <w:color w:val="000000"/>
                <w:lang w:val="de-DE"/>
              </w:rPr>
              <w:t>Vocatium</w:t>
            </w:r>
            <w:proofErr w:type="spellEnd"/>
            <w:r w:rsidRPr="00BA3212">
              <w:rPr>
                <w:color w:val="000000"/>
                <w:lang w:val="de-DE"/>
              </w:rPr>
              <w:t xml:space="preserve"> (Mensa ACG), Jg. 10 (10 </w:t>
            </w:r>
            <w:proofErr w:type="spellStart"/>
            <w:r w:rsidRPr="00BA3212">
              <w:rPr>
                <w:color w:val="000000"/>
                <w:lang w:val="de-DE"/>
              </w:rPr>
              <w:t>abc</w:t>
            </w:r>
            <w:proofErr w:type="spellEnd"/>
            <w:r w:rsidRPr="00BA3212">
              <w:rPr>
                <w:color w:val="000000"/>
                <w:lang w:val="de-DE"/>
              </w:rPr>
              <w:t>: 09:15 – 10:20 10 def:10:45 – 11:50)</w:t>
            </w:r>
          </w:p>
        </w:tc>
      </w:tr>
      <w:tr w:rsidR="0049774F" w:rsidRPr="00265512" w14:paraId="623101C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38CED4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08.09.2026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635981" w14:textId="074A6830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14:45–16:45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6D9670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Fachkonferenzen Englisch Sek. I (K01) und Pädagogik (K02)</w:t>
            </w:r>
          </w:p>
        </w:tc>
      </w:tr>
      <w:tr w:rsidR="00EE5299" w:rsidRPr="00265512" w14:paraId="4FC5EF3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E7C5E8" w14:textId="294FAB99" w:rsidR="00EE5299" w:rsidRDefault="00EE529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08.09.2026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4A0375C" w14:textId="4DBDF652" w:rsidR="00EE5299" w:rsidRDefault="00EE529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16:30-17:30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178BBB5" w14:textId="30B92A51" w:rsidR="00EE5299" w:rsidRPr="007A0867" w:rsidRDefault="00EE5299">
            <w:pPr>
              <w:spacing w:after="0" w:line="240" w:lineRule="auto"/>
              <w:rPr>
                <w:color w:val="000000"/>
                <w:lang w:val="de-DE"/>
              </w:rPr>
            </w:pPr>
            <w:proofErr w:type="spellStart"/>
            <w:r>
              <w:rPr>
                <w:color w:val="000000"/>
                <w:lang w:val="de-DE"/>
              </w:rPr>
              <w:t>Kippatag</w:t>
            </w:r>
            <w:proofErr w:type="spellEnd"/>
            <w:r>
              <w:rPr>
                <w:color w:val="000000"/>
                <w:lang w:val="de-DE"/>
              </w:rPr>
              <w:t xml:space="preserve"> (Walter</w:t>
            </w:r>
            <w:r w:rsidR="00773CE6">
              <w:rPr>
                <w:color w:val="000000"/>
                <w:lang w:val="de-DE"/>
              </w:rPr>
              <w:t>-</w:t>
            </w:r>
            <w:r>
              <w:rPr>
                <w:color w:val="000000"/>
                <w:lang w:val="de-DE"/>
              </w:rPr>
              <w:t>Scheel-Platz)</w:t>
            </w:r>
          </w:p>
        </w:tc>
      </w:tr>
      <w:tr w:rsidR="0049774F" w:rsidRPr="00265512" w14:paraId="6D4D40C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1F21BE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10.09.2026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5E2AB2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D98E319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Beginn der Sport-AG für die Jahrgänge 6–10 (Sportklassen)</w:t>
            </w:r>
          </w:p>
        </w:tc>
      </w:tr>
      <w:tr w:rsidR="001139C0" w:rsidRPr="00265512" w14:paraId="64A87F4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A9B12C4" w14:textId="6427A595" w:rsidR="001139C0" w:rsidRDefault="001139C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Do., 10.09.2026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A2BB422" w14:textId="29705B01" w:rsidR="001139C0" w:rsidRDefault="001139C0">
            <w:pPr>
              <w:spacing w:after="0" w:line="240" w:lineRule="auto"/>
            </w:pPr>
            <w:r>
              <w:t>11:00 – 11:45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AA4868" w14:textId="2E666851" w:rsidR="001139C0" w:rsidRPr="007A0867" w:rsidRDefault="001139C0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 xml:space="preserve">Bundesweiter </w:t>
            </w:r>
            <w:proofErr w:type="spellStart"/>
            <w:r>
              <w:rPr>
                <w:color w:val="000000"/>
                <w:lang w:val="de-DE"/>
              </w:rPr>
              <w:t>Warntag</w:t>
            </w:r>
            <w:proofErr w:type="spellEnd"/>
          </w:p>
        </w:tc>
      </w:tr>
      <w:tr w:rsidR="0049774F" w:rsidRPr="00265512" w14:paraId="20BA991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2C910F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14.09.2026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2C5D547" w14:textId="2D058065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13:15–13:50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A93BCB0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AG-Börse für die Jahrgänge 6–10 (großes PZ)</w:t>
            </w:r>
          </w:p>
        </w:tc>
      </w:tr>
      <w:tr w:rsidR="0049774F" w14:paraId="0F99601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190939A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14.09.2026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27B38EA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4324CE" w14:textId="77777777" w:rsidR="0049774F" w:rsidRDefault="00BB1BFC">
            <w:pPr>
              <w:spacing w:after="0" w:line="240" w:lineRule="auto"/>
              <w:rPr>
                <w:color w:val="000000"/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Beginn der Sport-AG des 5. </w:t>
            </w:r>
            <w:proofErr w:type="spellStart"/>
            <w:r>
              <w:rPr>
                <w:color w:val="000000"/>
              </w:rPr>
              <w:t>Jahrgangs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Sportklasse</w:t>
            </w:r>
            <w:proofErr w:type="spellEnd"/>
            <w:r>
              <w:rPr>
                <w:color w:val="000000"/>
              </w:rPr>
              <w:t>)</w:t>
            </w:r>
          </w:p>
          <w:p w14:paraId="56E7A45D" w14:textId="77777777" w:rsidR="007A0867" w:rsidRPr="007A0867" w:rsidRDefault="007A0867" w:rsidP="007A0867"/>
        </w:tc>
      </w:tr>
      <w:tr w:rsidR="0049774F" w14:paraId="6FF0E18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A087088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14.09.2026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0D1D5E5" w14:textId="7F5E0822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19:00–21:</w:t>
            </w:r>
            <w:r w:rsidR="0026551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07666B" w14:textId="7930FE6F" w:rsidR="0049774F" w:rsidRDefault="00BB1BFC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Infoveranstaltung des 5. Jahrgangs (Mensa), anschließend Klassenpflegschaftssitzungen des 5. </w:t>
            </w:r>
            <w:proofErr w:type="spellStart"/>
            <w:r>
              <w:rPr>
                <w:color w:val="000000"/>
              </w:rPr>
              <w:t>Jahrgangs</w:t>
            </w:r>
            <w:proofErr w:type="spellEnd"/>
            <w:r w:rsidR="00265512">
              <w:rPr>
                <w:color w:val="000000"/>
              </w:rPr>
              <w:t xml:space="preserve"> (</w:t>
            </w:r>
            <w:proofErr w:type="spellStart"/>
            <w:r w:rsidR="00265512">
              <w:rPr>
                <w:color w:val="000000"/>
              </w:rPr>
              <w:t>Klassenräume</w:t>
            </w:r>
            <w:proofErr w:type="spellEnd"/>
            <w:r w:rsidR="00265512">
              <w:rPr>
                <w:color w:val="000000"/>
              </w:rPr>
              <w:t>)</w:t>
            </w:r>
          </w:p>
        </w:tc>
      </w:tr>
      <w:tr w:rsidR="0049774F" w:rsidRPr="00265512" w14:paraId="14C2FB5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07CD8C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14.09.2026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1652E3A" w14:textId="535F9E7C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19:</w:t>
            </w:r>
            <w:r w:rsidR="00265512">
              <w:rPr>
                <w:color w:val="000000"/>
              </w:rPr>
              <w:t>0</w:t>
            </w:r>
            <w:r>
              <w:rPr>
                <w:color w:val="000000"/>
              </w:rPr>
              <w:t>0–21:00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1AB5404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Klassenpflegschaftssitzungen der Jahrgänge 7 und 9 (Klassenräume)</w:t>
            </w:r>
          </w:p>
        </w:tc>
      </w:tr>
      <w:tr w:rsidR="0049774F" w:rsidRPr="00265512" w14:paraId="01CCCDD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3102F0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lastRenderedPageBreak/>
              <w:t>Di., 15.09.2026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4A6BDB" w14:textId="6B1C05D2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13:30–14:30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189304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Schulung aller neuen Schülerlotsen (PH1)</w:t>
            </w:r>
          </w:p>
        </w:tc>
      </w:tr>
      <w:tr w:rsidR="0049774F" w:rsidRPr="00265512" w14:paraId="326D83F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021663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15.09.2026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21A6EA" w14:textId="2E22341D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19:00–21:00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0D2C69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Elternabende der Jahrgänge 6, 8 und 10 sowie der Q1 (Q1 in der Mensa)</w:t>
            </w:r>
          </w:p>
        </w:tc>
      </w:tr>
      <w:tr w:rsidR="00773CE6" w:rsidRPr="00265512" w14:paraId="28C98AF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B8CB54" w14:textId="50FDEE0C" w:rsidR="00773CE6" w:rsidRDefault="00773CE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15.09.2026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E5D1BBA" w14:textId="17C1D2CA" w:rsidR="00773CE6" w:rsidRDefault="00773CE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14:30 – 15:30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FD699E" w14:textId="22F7F74C" w:rsidR="00773CE6" w:rsidRPr="007A0867" w:rsidRDefault="00773CE6">
            <w:pPr>
              <w:spacing w:after="0" w:line="240" w:lineRule="auto"/>
              <w:rPr>
                <w:color w:val="000000"/>
                <w:lang w:val="de-DE"/>
              </w:rPr>
            </w:pPr>
            <w:r w:rsidRPr="007A0867">
              <w:rPr>
                <w:color w:val="000000"/>
                <w:lang w:val="de-DE"/>
              </w:rPr>
              <w:t>Infoveranstaltung für interessierte Lehrkräfte zu Kursen und Job-Shadowing (Erasmus)</w:t>
            </w:r>
          </w:p>
        </w:tc>
      </w:tr>
      <w:tr w:rsidR="0049774F" w:rsidRPr="00265512" w14:paraId="67878F6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6CBA67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16.09.2026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37DE2F" w14:textId="70D1EB6E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8:00–10:20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6535F9B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Beginn des Schülerlotsendienstes für die neuen Schülerlotsen</w:t>
            </w:r>
          </w:p>
        </w:tc>
      </w:tr>
      <w:tr w:rsidR="0049774F" w:rsidRPr="00265512" w14:paraId="10E057B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964BCC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16.09.2026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EE6ACF8" w14:textId="0766E739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8:00–10:20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869A75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Duisburger </w:t>
            </w:r>
            <w:proofErr w:type="spellStart"/>
            <w:r w:rsidRPr="007A0867">
              <w:rPr>
                <w:color w:val="000000"/>
                <w:lang w:val="de-DE"/>
              </w:rPr>
              <w:t>Sprachstandstest</w:t>
            </w:r>
            <w:proofErr w:type="spellEnd"/>
            <w:r w:rsidRPr="007A0867">
              <w:rPr>
                <w:color w:val="000000"/>
                <w:lang w:val="de-DE"/>
              </w:rPr>
              <w:t xml:space="preserve"> für den 5. Jahrgang</w:t>
            </w:r>
          </w:p>
        </w:tc>
      </w:tr>
      <w:tr w:rsidR="0049774F" w:rsidRPr="00265512" w14:paraId="4AAE6E2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91DFD3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17.09.2026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C445B0C" w14:textId="60F8FB15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13:10–13:45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565BA72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AG-Börse für den 5. Jahrgang, Klassen b–f (großes PZ)</w:t>
            </w:r>
          </w:p>
        </w:tc>
      </w:tr>
      <w:tr w:rsidR="0049774F" w:rsidRPr="00265512" w14:paraId="153674A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0C46D44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Do., 17.09.2026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A08BCB" w14:textId="248B8880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19:00–21:00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C1FA629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Elternabend EF (Mensa) und Q2 (K01)</w:t>
            </w:r>
          </w:p>
        </w:tc>
      </w:tr>
      <w:tr w:rsidR="0049774F" w14:paraId="2CE8FFD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26B509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Fr., 18.09.2026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FC1036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069759" w14:textId="77777777" w:rsidR="0049774F" w:rsidRDefault="00BB1BFC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Ende der Um- und </w:t>
            </w:r>
            <w:proofErr w:type="spellStart"/>
            <w:r w:rsidRPr="007A0867">
              <w:rPr>
                <w:color w:val="000000"/>
                <w:lang w:val="de-DE"/>
              </w:rPr>
              <w:t>Abwahlen</w:t>
            </w:r>
            <w:proofErr w:type="spellEnd"/>
            <w:r w:rsidRPr="007A0867">
              <w:rPr>
                <w:color w:val="000000"/>
                <w:lang w:val="de-DE"/>
              </w:rPr>
              <w:t xml:space="preserve"> sowie der Festlegung des 3. und 4. </w:t>
            </w:r>
            <w:proofErr w:type="spellStart"/>
            <w:r>
              <w:rPr>
                <w:color w:val="000000"/>
              </w:rPr>
              <w:t>Abiturfachs</w:t>
            </w:r>
            <w:proofErr w:type="spellEnd"/>
          </w:p>
        </w:tc>
      </w:tr>
      <w:tr w:rsidR="0049774F" w:rsidRPr="00265512" w14:paraId="40B62FE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1AC5C30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Fr., 18.09.2026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C5958EE" w14:textId="1831A13D" w:rsidR="0049774F" w:rsidRDefault="00D06037">
            <w:pPr>
              <w:spacing w:after="0" w:line="240" w:lineRule="auto"/>
            </w:pPr>
            <w:r>
              <w:rPr>
                <w:color w:val="000000"/>
              </w:rPr>
              <w:t xml:space="preserve">2. und 3. </w:t>
            </w:r>
            <w:proofErr w:type="spellStart"/>
            <w:r>
              <w:rPr>
                <w:color w:val="000000"/>
              </w:rPr>
              <w:t>Stunde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AB584D9" w14:textId="42497C48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Informationsveranstaltung zur Jugendstadtratswahl (Jahrgänge 9–Q2)</w:t>
            </w:r>
            <w:r w:rsidR="00D06037">
              <w:rPr>
                <w:color w:val="000000"/>
                <w:lang w:val="de-DE"/>
              </w:rPr>
              <w:t xml:space="preserve"> (</w:t>
            </w:r>
            <w:proofErr w:type="spellStart"/>
            <w:r w:rsidR="00D06037">
              <w:rPr>
                <w:color w:val="000000"/>
                <w:lang w:val="de-DE"/>
              </w:rPr>
              <w:t>mensa</w:t>
            </w:r>
            <w:proofErr w:type="spellEnd"/>
            <w:r w:rsidR="00D06037">
              <w:rPr>
                <w:color w:val="000000"/>
                <w:lang w:val="de-DE"/>
              </w:rPr>
              <w:t>)</w:t>
            </w:r>
          </w:p>
        </w:tc>
      </w:tr>
      <w:tr w:rsidR="00BA3212" w:rsidRPr="00265512" w14:paraId="162561B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E038750" w14:textId="1AC2C733" w:rsidR="00BA3212" w:rsidRDefault="00BA3212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Fr., 18.09.2026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6AED25" w14:textId="77777777" w:rsidR="00BA3212" w:rsidRDefault="00BA3212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BFB9CA" w14:textId="77777777" w:rsidR="00BA3212" w:rsidRPr="00BA3212" w:rsidRDefault="00BA3212" w:rsidP="00BA3212">
            <w:pPr>
              <w:spacing w:after="0" w:line="240" w:lineRule="auto"/>
              <w:rPr>
                <w:color w:val="000000"/>
                <w:lang w:val="de-DE"/>
              </w:rPr>
            </w:pPr>
            <w:r w:rsidRPr="00BA3212">
              <w:rPr>
                <w:color w:val="000000"/>
                <w:lang w:val="de-DE"/>
              </w:rPr>
              <w:t>Tag des Handwerks (Gläserne Werkstatt),</w:t>
            </w:r>
          </w:p>
          <w:p w14:paraId="59185944" w14:textId="272FD344" w:rsidR="00BA3212" w:rsidRPr="007A0867" w:rsidRDefault="00BA3212" w:rsidP="00BA3212">
            <w:pPr>
              <w:spacing w:after="0" w:line="240" w:lineRule="auto"/>
              <w:rPr>
                <w:color w:val="000000"/>
                <w:lang w:val="de-DE"/>
              </w:rPr>
            </w:pPr>
            <w:r w:rsidRPr="00BA3212">
              <w:rPr>
                <w:color w:val="000000"/>
                <w:lang w:val="de-DE"/>
              </w:rPr>
              <w:t xml:space="preserve">Jg. 9-Q2 (nach Anmeldung) </w:t>
            </w:r>
          </w:p>
        </w:tc>
      </w:tr>
      <w:tr w:rsidR="0049774F" w:rsidRPr="00265512" w14:paraId="186AA5E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8589E2A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22.09.2026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AB884A7" w14:textId="0DFCB230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8:00–14:30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3C5DAE0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Abgabe der Wahlzettel für die AGs der Jahrgänge 5–10</w:t>
            </w:r>
          </w:p>
        </w:tc>
      </w:tr>
      <w:tr w:rsidR="0049774F" w14:paraId="5FE1606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6B89A6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22.09.2026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E8C9361" w14:textId="052BF834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14:45–</w:t>
            </w:r>
            <w:r w:rsidR="004750AA">
              <w:rPr>
                <w:color w:val="000000"/>
              </w:rPr>
              <w:t>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1FE9D32" w14:textId="77777777" w:rsidR="0049774F" w:rsidRDefault="00BB1BF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Dienstbesprechung</w:t>
            </w:r>
            <w:proofErr w:type="spellEnd"/>
            <w:r>
              <w:rPr>
                <w:color w:val="000000"/>
              </w:rPr>
              <w:t xml:space="preserve"> Sek. I (Mensa)</w:t>
            </w:r>
          </w:p>
        </w:tc>
      </w:tr>
      <w:tr w:rsidR="0049774F" w14:paraId="18F52C91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3C3611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23.09.2026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4F32488" w14:textId="77EEF4D3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10:45–11:45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CD6700" w14:textId="7777777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„</w:t>
            </w:r>
            <w:proofErr w:type="spellStart"/>
            <w:r>
              <w:rPr>
                <w:color w:val="000000"/>
              </w:rPr>
              <w:t>Retterpause</w:t>
            </w:r>
            <w:proofErr w:type="spellEnd"/>
            <w:r>
              <w:rPr>
                <w:color w:val="000000"/>
              </w:rPr>
              <w:t xml:space="preserve">“ für </w:t>
            </w:r>
            <w:proofErr w:type="spellStart"/>
            <w:r>
              <w:rPr>
                <w:color w:val="000000"/>
              </w:rPr>
              <w:t>ausgewählte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SchülerInnen</w:t>
            </w:r>
            <w:proofErr w:type="spellEnd"/>
          </w:p>
        </w:tc>
      </w:tr>
      <w:tr w:rsidR="0049774F" w14:paraId="7A136FAB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0BB67AF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23.09.2026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085501D" w14:textId="066573A2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19:00–21:00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55F0A1B" w14:textId="77777777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Schulpflegschaftssitzung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49774F" w14:paraId="25F1ED3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AFF1DC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Mo., 28.09.–Fr., 02.10.2026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DE7B62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0303F1D" w14:textId="77777777" w:rsidR="0049774F" w:rsidRDefault="00BB1BFC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Teilnahme des 5. Jahrgangs an der 17. </w:t>
            </w:r>
            <w:proofErr w:type="spellStart"/>
            <w:r>
              <w:rPr>
                <w:color w:val="000000"/>
              </w:rPr>
              <w:t>Solinger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Müllsammelwoche</w:t>
            </w:r>
            <w:proofErr w:type="spellEnd"/>
          </w:p>
        </w:tc>
      </w:tr>
      <w:tr w:rsidR="0049774F" w:rsidRPr="00265512" w14:paraId="7CCE744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D261ADD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ab Mo., 28.09.2026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9E17FDA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AF2B9CA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Beginn der Arbeitsgemeinschaften der Jahrgänge 5–10</w:t>
            </w:r>
          </w:p>
        </w:tc>
      </w:tr>
      <w:tr w:rsidR="0049774F" w:rsidRPr="00265512" w14:paraId="0AC4CC6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50291B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Di., 29.09.2026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945ABC6" w14:textId="11371BDD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 xml:space="preserve">8:00–12:00 ; ab 13:15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0DBC943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UNESCO-Projekttag, anschließend Festakt / Feierstunde</w:t>
            </w:r>
          </w:p>
        </w:tc>
      </w:tr>
      <w:tr w:rsidR="0049774F" w:rsidRPr="00265512" w14:paraId="5F9F0FB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AE28D0C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30.09.2026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049CD7B" w14:textId="77777777" w:rsidR="0049774F" w:rsidRDefault="0049774F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A5CA7D2" w14:textId="77777777" w:rsidR="0049774F" w:rsidRPr="007A0867" w:rsidRDefault="00BB1BF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Späteste Abgabe der Wahlen der </w:t>
            </w:r>
            <w:proofErr w:type="spellStart"/>
            <w:r w:rsidRPr="007A0867">
              <w:rPr>
                <w:color w:val="000000"/>
                <w:lang w:val="de-DE"/>
              </w:rPr>
              <w:t>JahrgangsstufensprecherInnen</w:t>
            </w:r>
            <w:proofErr w:type="spellEnd"/>
            <w:r w:rsidRPr="007A0867">
              <w:rPr>
                <w:color w:val="000000"/>
                <w:lang w:val="de-DE"/>
              </w:rPr>
              <w:t xml:space="preserve"> und KlassensprecherInnen</w:t>
            </w:r>
          </w:p>
        </w:tc>
      </w:tr>
      <w:tr w:rsidR="0049774F" w14:paraId="616CC10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42A8C96" w14:textId="77777777" w:rsidR="0049774F" w:rsidRDefault="00BB1BFC">
            <w:pPr>
              <w:spacing w:after="0" w:line="240" w:lineRule="auto"/>
            </w:pPr>
            <w:r>
              <w:rPr>
                <w:b/>
                <w:color w:val="000000"/>
              </w:rPr>
              <w:t>Mi., 30.09.2026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F603DAC" w14:textId="48AE6673" w:rsidR="0049774F" w:rsidRDefault="00BB1BFC">
            <w:pPr>
              <w:spacing w:after="0" w:line="240" w:lineRule="auto"/>
            </w:pPr>
            <w:r>
              <w:rPr>
                <w:color w:val="000000"/>
              </w:rPr>
              <w:t>18:00–2</w:t>
            </w:r>
            <w:r w:rsidR="003524EC">
              <w:rPr>
                <w:color w:val="000000"/>
              </w:rPr>
              <w:t>0:3</w:t>
            </w:r>
            <w:r>
              <w:rPr>
                <w:color w:val="000000"/>
              </w:rPr>
              <w:t>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A2AA79B" w14:textId="77777777" w:rsidR="0049774F" w:rsidRDefault="00BB1BF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Schulkonferenz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49774F" w14:paraId="3D9006FA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35C33F" w14:textId="77777777" w:rsidR="0049774F" w:rsidRDefault="00BB1BFC">
            <w:pPr>
              <w:keepNext/>
              <w:spacing w:after="0" w:line="240" w:lineRule="auto"/>
            </w:pPr>
            <w:proofErr w:type="spellStart"/>
            <w:r>
              <w:rPr>
                <w:b/>
                <w:color w:val="000000"/>
                <w:sz w:val="20"/>
              </w:rPr>
              <w:t>Oktober</w:t>
            </w:r>
            <w:proofErr w:type="spellEnd"/>
            <w:r>
              <w:rPr>
                <w:b/>
                <w:color w:val="000000"/>
                <w:sz w:val="20"/>
              </w:rPr>
              <w:t xml:space="preserve"> 2026</w:t>
            </w:r>
          </w:p>
        </w:tc>
      </w:tr>
      <w:tr w:rsidR="003524EC" w:rsidRPr="00265512" w14:paraId="26DF793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17463E8" w14:textId="3D9DA857" w:rsidR="003524EC" w:rsidRDefault="003524EC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Do., 01.10.2026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29B737" w14:textId="10924091" w:rsidR="003524EC" w:rsidRDefault="003524EC" w:rsidP="003524E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0667D3D" w14:textId="370850B7" w:rsidR="003524EC" w:rsidRPr="007A0867" w:rsidRDefault="003524EC" w:rsidP="003524EC">
            <w:pPr>
              <w:spacing w:after="0" w:line="240" w:lineRule="auto"/>
              <w:rPr>
                <w:color w:val="000000"/>
                <w:lang w:val="de-DE"/>
              </w:rPr>
            </w:pPr>
            <w:r w:rsidRPr="00265512">
              <w:rPr>
                <w:color w:val="000000"/>
                <w:lang w:val="de-DE"/>
              </w:rPr>
              <w:t>Pro Familia,</w:t>
            </w:r>
            <w:r>
              <w:rPr>
                <w:color w:val="000000"/>
                <w:lang w:val="de-DE"/>
              </w:rPr>
              <w:t xml:space="preserve"> Klasse 8a</w:t>
            </w:r>
          </w:p>
        </w:tc>
      </w:tr>
      <w:tr w:rsidR="003524EC" w:rsidRPr="00265512" w14:paraId="268556D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9687C69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06.10.2026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79AEF3" w14:textId="395A0A24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14:45–</w:t>
            </w:r>
            <w:r w:rsidR="004319A2">
              <w:rPr>
                <w:color w:val="000000"/>
              </w:rPr>
              <w:t>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F395BD9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Dienstbesprechung Sek. II (Mensa) – Informationen zur neuen Oberstufenreform</w:t>
            </w:r>
          </w:p>
        </w:tc>
      </w:tr>
      <w:tr w:rsidR="00BA3212" w:rsidRPr="00265512" w14:paraId="5F2DCDB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0033109" w14:textId="33941570" w:rsidR="00BA3212" w:rsidRDefault="00BA3212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06.10.-Mi., 07.10.2026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57D0A85" w14:textId="77777777" w:rsidR="00BA3212" w:rsidRDefault="00BA3212" w:rsidP="003524E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90991DE" w14:textId="3D044060" w:rsidR="00BA3212" w:rsidRPr="007A0867" w:rsidRDefault="00BA3212" w:rsidP="003524EC">
            <w:pPr>
              <w:spacing w:after="0" w:line="240" w:lineRule="auto"/>
              <w:rPr>
                <w:color w:val="000000"/>
                <w:lang w:val="de-DE"/>
              </w:rPr>
            </w:pPr>
            <w:proofErr w:type="spellStart"/>
            <w:r w:rsidRPr="00BA3212">
              <w:rPr>
                <w:color w:val="000000"/>
                <w:lang w:val="de-DE"/>
              </w:rPr>
              <w:t>Vocatium</w:t>
            </w:r>
            <w:proofErr w:type="spellEnd"/>
            <w:r w:rsidRPr="00BA3212">
              <w:rPr>
                <w:color w:val="000000"/>
                <w:lang w:val="de-DE"/>
              </w:rPr>
              <w:t xml:space="preserve"> Wuppertal Fachmesse (MINT und Gesundheit), Jg. 9-Q2 (nach Anmeldung)</w:t>
            </w:r>
          </w:p>
        </w:tc>
      </w:tr>
      <w:tr w:rsidR="003524EC" w:rsidRPr="00265512" w14:paraId="0842749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607899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Mi., 07.10.2026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FF7C44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4F321D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Personalversammlung des Personalrats Gesamtschulen; Ort und Zeit werden noch bekanntgegeben</w:t>
            </w:r>
          </w:p>
        </w:tc>
      </w:tr>
      <w:tr w:rsidR="003524EC" w:rsidRPr="00265512" w14:paraId="2A9C154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7F16C5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Mo., 12.–Fr., 16.10.2026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E998EEF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0D3AF9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Projektwoche und Klassenfahrten; Studien- und Berufsorientierung (EF und Q1); Abschlussfahrt (Q2)</w:t>
            </w:r>
          </w:p>
        </w:tc>
      </w:tr>
      <w:tr w:rsidR="003524EC" w14:paraId="184DCD8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E864A9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Sa., 17.–Sa., 31.10.2026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6A7F83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6AA8F71" w14:textId="77777777" w:rsidR="003524EC" w:rsidRDefault="003524EC" w:rsidP="003524E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Herbstferien</w:t>
            </w:r>
            <w:proofErr w:type="spellEnd"/>
          </w:p>
        </w:tc>
      </w:tr>
      <w:tr w:rsidR="003524EC" w14:paraId="2C539B32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BD16D1B" w14:textId="77777777" w:rsidR="003524EC" w:rsidRDefault="003524EC" w:rsidP="003524EC">
            <w:pPr>
              <w:keepNext/>
              <w:spacing w:after="0" w:line="240" w:lineRule="auto"/>
            </w:pPr>
            <w:r>
              <w:rPr>
                <w:b/>
                <w:color w:val="000000"/>
                <w:sz w:val="20"/>
              </w:rPr>
              <w:t>November 2026</w:t>
            </w:r>
          </w:p>
        </w:tc>
      </w:tr>
      <w:tr w:rsidR="003524EC" w:rsidRPr="00265512" w14:paraId="7D9405C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E75A6B5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Mo., 02.11.2026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89238E" w14:textId="235575C2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14:00–16:30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25C21A" w14:textId="67806ADE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Metall-Olympiade für den Technikkurs Jahrgang 10 und Freiwillige </w:t>
            </w:r>
          </w:p>
        </w:tc>
      </w:tr>
      <w:tr w:rsidR="006908E4" w:rsidRPr="00265512" w14:paraId="2CB3CB8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FEAA3C9" w14:textId="1B88F29F" w:rsidR="006908E4" w:rsidRDefault="006908E4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Di.,03.11.2026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9A1D6E" w14:textId="173F0E9A" w:rsidR="006908E4" w:rsidRDefault="006908E4" w:rsidP="003524E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08:00 – 09:05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E67BC69" w14:textId="1093743A" w:rsidR="006908E4" w:rsidRPr="007A0867" w:rsidRDefault="006908E4" w:rsidP="003524EC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 xml:space="preserve">DB </w:t>
            </w:r>
            <w:proofErr w:type="spellStart"/>
            <w:r>
              <w:rPr>
                <w:color w:val="000000"/>
                <w:lang w:val="de-DE"/>
              </w:rPr>
              <w:t>Elternsprechtagstool</w:t>
            </w:r>
            <w:proofErr w:type="spellEnd"/>
          </w:p>
        </w:tc>
      </w:tr>
      <w:tr w:rsidR="003524EC" w:rsidRPr="00265512" w14:paraId="63D2783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2AFB00B" w14:textId="77777777" w:rsidR="003524EC" w:rsidRPr="00104B49" w:rsidRDefault="003524EC" w:rsidP="003524EC">
            <w:pPr>
              <w:spacing w:after="0" w:line="240" w:lineRule="auto"/>
            </w:pPr>
            <w:r w:rsidRPr="00104B49">
              <w:rPr>
                <w:b/>
              </w:rPr>
              <w:t>Mi., 04.11.2026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01584F" w14:textId="4BAE0A9B" w:rsidR="003524EC" w:rsidRPr="00104B49" w:rsidRDefault="003524EC" w:rsidP="003524EC">
            <w:pPr>
              <w:spacing w:after="0" w:line="240" w:lineRule="auto"/>
            </w:pPr>
            <w:r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A59F05" w14:textId="77777777" w:rsidR="003524EC" w:rsidRPr="00104B49" w:rsidRDefault="003524EC" w:rsidP="003524EC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WEBUNTIS-Fehlzeiten kontrolliert von BL Q2</w:t>
            </w:r>
          </w:p>
        </w:tc>
      </w:tr>
      <w:tr w:rsidR="003524EC" w:rsidRPr="00265512" w14:paraId="728F23A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5B3B1D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Do., 05.11.2026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2F78C8B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DD79580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„Uni-Live“, ganztägig für die Q1</w:t>
            </w:r>
          </w:p>
        </w:tc>
      </w:tr>
      <w:tr w:rsidR="003524EC" w:rsidRPr="003524EC" w14:paraId="2406D35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574A1A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Fr., 06.11.2026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C2CDA4" w14:textId="45F60640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9:30-12:30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57F2B5" w14:textId="0FA511E3" w:rsidR="003524EC" w:rsidRPr="003524EC" w:rsidRDefault="003524EC" w:rsidP="003524EC">
            <w:pPr>
              <w:spacing w:after="0" w:line="240" w:lineRule="auto"/>
            </w:pPr>
            <w:r w:rsidRPr="003524EC">
              <w:rPr>
                <w:color w:val="000000"/>
              </w:rPr>
              <w:t xml:space="preserve">Pro Familia, </w:t>
            </w:r>
            <w:proofErr w:type="spellStart"/>
            <w:r w:rsidRPr="003524EC">
              <w:rPr>
                <w:color w:val="000000"/>
              </w:rPr>
              <w:t>Klasse</w:t>
            </w:r>
            <w:proofErr w:type="spellEnd"/>
            <w:r w:rsidRPr="003524EC">
              <w:rPr>
                <w:color w:val="000000"/>
              </w:rPr>
              <w:t xml:space="preserve"> 8</w:t>
            </w:r>
            <w:r>
              <w:rPr>
                <w:color w:val="000000"/>
              </w:rPr>
              <w:t>b</w:t>
            </w:r>
          </w:p>
        </w:tc>
      </w:tr>
      <w:tr w:rsidR="003524EC" w14:paraId="302FB6B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E64BF5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Fr., 06.11.2026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1FCB4F3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B67191" w14:textId="77777777" w:rsidR="003524EC" w:rsidRDefault="003524EC" w:rsidP="003524E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Quartalsende</w:t>
            </w:r>
            <w:proofErr w:type="spellEnd"/>
            <w:r>
              <w:rPr>
                <w:color w:val="000000"/>
              </w:rPr>
              <w:t xml:space="preserve"> Q2</w:t>
            </w:r>
          </w:p>
        </w:tc>
      </w:tr>
      <w:tr w:rsidR="003524EC" w:rsidRPr="00265512" w14:paraId="3C058B2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181A908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Fr., 06.11.2026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3E58DE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0E428FF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Vorbereitung der Infoveranstaltung für GrundschülerInnen und Eltern; kein Mensabetrieb; Kurzstundentag mit Unterrichtsende 13:05 Uhr</w:t>
            </w:r>
          </w:p>
        </w:tc>
      </w:tr>
      <w:tr w:rsidR="003524EC" w:rsidRPr="00265512" w14:paraId="01A9209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BB7A903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Sa., 07.11.2026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FDBB621" w14:textId="727AE5B8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10:00–13:00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AE6C1E3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Infoveranstaltung für GrundschülerInnen und Eltern zur Schulform Gesamtschule und zur Schule</w:t>
            </w:r>
          </w:p>
        </w:tc>
      </w:tr>
      <w:tr w:rsidR="003524EC" w:rsidRPr="00265512" w14:paraId="430CED8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5530AE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Sa., 07.11.2026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F395089" w14:textId="2EF256E3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8:00 – 11:00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4D38E76" w14:textId="42BF031B" w:rsidR="003524EC" w:rsidRPr="00265512" w:rsidRDefault="003524EC" w:rsidP="003524EC">
            <w:pPr>
              <w:spacing w:after="0" w:line="240" w:lineRule="auto"/>
              <w:rPr>
                <w:lang w:val="de-DE"/>
              </w:rPr>
            </w:pPr>
            <w:r w:rsidRPr="00265512">
              <w:rPr>
                <w:color w:val="000000"/>
                <w:lang w:val="de-DE"/>
              </w:rPr>
              <w:t>Nachschreibtermin Sek. II</w:t>
            </w:r>
            <w:r>
              <w:rPr>
                <w:color w:val="000000"/>
                <w:lang w:val="de-DE"/>
              </w:rPr>
              <w:t xml:space="preserve"> </w:t>
            </w:r>
            <w:r w:rsidRPr="00265512">
              <w:rPr>
                <w:lang w:val="de-DE"/>
              </w:rPr>
              <w:t>+ 9./10. Jg. &gt; 65 Min.</w:t>
            </w:r>
          </w:p>
        </w:tc>
      </w:tr>
      <w:tr w:rsidR="003524EC" w:rsidRPr="00265512" w14:paraId="525D516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022C43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10.11.2026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68F1B7" w14:textId="33D6C546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D0DB81F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Eingabe der Quartalsnoten für die Q2 über Schildweb</w:t>
            </w:r>
          </w:p>
        </w:tc>
      </w:tr>
      <w:tr w:rsidR="003524EC" w14:paraId="5513F0E1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108DBF2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10.11.2026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EAB299" w14:textId="0330BC45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13:30–16:30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D26FB2" w14:textId="77777777" w:rsidR="003524EC" w:rsidRDefault="003524EC" w:rsidP="003524E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Förderplankonferenzen</w:t>
            </w:r>
            <w:proofErr w:type="spellEnd"/>
            <w:r>
              <w:rPr>
                <w:color w:val="000000"/>
              </w:rPr>
              <w:t xml:space="preserve"> der </w:t>
            </w:r>
            <w:proofErr w:type="spellStart"/>
            <w:r>
              <w:rPr>
                <w:color w:val="000000"/>
              </w:rPr>
              <w:t>Jahrgänge</w:t>
            </w:r>
            <w:proofErr w:type="spellEnd"/>
            <w:r>
              <w:rPr>
                <w:color w:val="000000"/>
              </w:rPr>
              <w:t xml:space="preserve"> 5–10</w:t>
            </w:r>
          </w:p>
        </w:tc>
      </w:tr>
      <w:tr w:rsidR="003524EC" w:rsidRPr="00265512" w14:paraId="2EB5231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90CD32F" w14:textId="1C043D75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10.–Do., 1</w:t>
            </w:r>
            <w:r w:rsidR="00AA52FA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0E9E0B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7D20275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SV-Fahrt ins Ev. Schullandheim </w:t>
            </w:r>
            <w:proofErr w:type="spellStart"/>
            <w:r w:rsidRPr="007A0867">
              <w:rPr>
                <w:color w:val="000000"/>
                <w:lang w:val="de-DE"/>
              </w:rPr>
              <w:t>Neuemühle</w:t>
            </w:r>
            <w:proofErr w:type="spellEnd"/>
            <w:r w:rsidRPr="007A0867">
              <w:rPr>
                <w:color w:val="000000"/>
                <w:lang w:val="de-DE"/>
              </w:rPr>
              <w:t>, Wermelskirchen</w:t>
            </w:r>
          </w:p>
        </w:tc>
      </w:tr>
      <w:tr w:rsidR="003524EC" w:rsidRPr="00265512" w14:paraId="6C26719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0FE200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Mi., 11.11.2026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A5E0020" w14:textId="3E7C83E5" w:rsidR="003524EC" w:rsidRDefault="003524EC" w:rsidP="003524EC">
            <w:pPr>
              <w:spacing w:after="0" w:line="240" w:lineRule="auto"/>
            </w:pPr>
            <w:r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37BBA4" w14:textId="736EE315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WEBUNTIS-Fehlzeiten</w:t>
            </w:r>
            <w:r>
              <w:rPr>
                <w:lang w:val="de-DE"/>
              </w:rPr>
              <w:t xml:space="preserve"> Sept./Okt.</w:t>
            </w:r>
            <w:r w:rsidRPr="00104B49">
              <w:rPr>
                <w:lang w:val="de-DE"/>
              </w:rPr>
              <w:t xml:space="preserve"> von BL+KL kontrolliert (5--Q1)</w:t>
            </w:r>
          </w:p>
        </w:tc>
      </w:tr>
      <w:tr w:rsidR="00AA52FA" w:rsidRPr="00265512" w14:paraId="48884C1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842862" w14:textId="1B8592F6" w:rsidR="00AA52FA" w:rsidRDefault="00AA52FA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Do., 12.11.2026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30E2F44" w14:textId="6ADB5C64" w:rsidR="00AA52FA" w:rsidRDefault="00AA52FA" w:rsidP="003524EC">
            <w:pPr>
              <w:spacing w:after="0" w:line="240" w:lineRule="auto"/>
            </w:pPr>
            <w:r>
              <w:rPr>
                <w:color w:val="000000"/>
              </w:rPr>
              <w:t>9:30-12:30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37FA40" w14:textId="79260B2D" w:rsidR="00AA52FA" w:rsidRPr="00104B49" w:rsidRDefault="00AA52FA" w:rsidP="003524EC">
            <w:pPr>
              <w:spacing w:after="0" w:line="240" w:lineRule="auto"/>
              <w:rPr>
                <w:lang w:val="de-DE"/>
              </w:rPr>
            </w:pPr>
            <w:r w:rsidRPr="003524EC">
              <w:rPr>
                <w:color w:val="000000"/>
              </w:rPr>
              <w:t xml:space="preserve">Pro Familia, </w:t>
            </w:r>
            <w:proofErr w:type="spellStart"/>
            <w:r w:rsidRPr="003524EC">
              <w:rPr>
                <w:color w:val="000000"/>
              </w:rPr>
              <w:t>Klasse</w:t>
            </w:r>
            <w:proofErr w:type="spellEnd"/>
            <w:r w:rsidRPr="003524EC">
              <w:rPr>
                <w:color w:val="000000"/>
              </w:rPr>
              <w:t xml:space="preserve"> 8</w:t>
            </w:r>
            <w:r>
              <w:rPr>
                <w:color w:val="000000"/>
              </w:rPr>
              <w:t>c</w:t>
            </w:r>
          </w:p>
        </w:tc>
      </w:tr>
      <w:tr w:rsidR="003524EC" w14:paraId="67C94E5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E1C1F2" w14:textId="77777777" w:rsidR="003524EC" w:rsidRPr="00104B49" w:rsidRDefault="003524EC" w:rsidP="003524EC">
            <w:pPr>
              <w:spacing w:after="0" w:line="240" w:lineRule="auto"/>
            </w:pPr>
            <w:r w:rsidRPr="00104B49">
              <w:rPr>
                <w:b/>
              </w:rPr>
              <w:t>Fr., 13.11.2026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4DA2B06" w14:textId="77777777" w:rsidR="003524EC" w:rsidRPr="00104B49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B12AF2" w14:textId="77777777" w:rsidR="003524EC" w:rsidRPr="00104B49" w:rsidRDefault="003524EC" w:rsidP="003524EC">
            <w:pPr>
              <w:spacing w:after="0" w:line="240" w:lineRule="auto"/>
            </w:pPr>
            <w:proofErr w:type="spellStart"/>
            <w:r w:rsidRPr="00104B49">
              <w:t>Quartalsende</w:t>
            </w:r>
            <w:proofErr w:type="spellEnd"/>
            <w:r w:rsidRPr="00104B49">
              <w:t xml:space="preserve"> 5-Q1</w:t>
            </w:r>
          </w:p>
        </w:tc>
      </w:tr>
      <w:tr w:rsidR="004606D4" w14:paraId="089AED8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3B0B595" w14:textId="58A0565D" w:rsidR="004606D4" w:rsidRPr="00104B49" w:rsidRDefault="004606D4" w:rsidP="003524E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Mo., 16.11.2026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3304D8" w14:textId="72B80D82" w:rsidR="004606D4" w:rsidRPr="00104B49" w:rsidRDefault="004606D4" w:rsidP="003524EC">
            <w:pPr>
              <w:spacing w:after="0" w:line="240" w:lineRule="auto"/>
            </w:pPr>
            <w:r>
              <w:t>14:00 – 15:30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4DCC15" w14:textId="434BC56B" w:rsidR="004606D4" w:rsidRPr="00104B49" w:rsidRDefault="004606D4" w:rsidP="003524EC">
            <w:pPr>
              <w:spacing w:after="0" w:line="240" w:lineRule="auto"/>
            </w:pPr>
            <w:proofErr w:type="spellStart"/>
            <w:r>
              <w:t>Dienstbesprechung</w:t>
            </w:r>
            <w:proofErr w:type="spellEnd"/>
            <w:r>
              <w:t xml:space="preserve"> </w:t>
            </w:r>
            <w:proofErr w:type="spellStart"/>
            <w:r>
              <w:t>Krisenteam</w:t>
            </w:r>
            <w:proofErr w:type="spellEnd"/>
          </w:p>
        </w:tc>
      </w:tr>
      <w:tr w:rsidR="003524EC" w:rsidRPr="00265512" w14:paraId="501EF4A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0D05ECA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17.–Fr., 27.11.2026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D141C6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D53354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Quartalskonferenzen Sek. I (nach Sonderplan)</w:t>
            </w:r>
          </w:p>
        </w:tc>
      </w:tr>
      <w:tr w:rsidR="003524EC" w:rsidRPr="00265512" w14:paraId="316393B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9CB463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17.11.2026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CC10E42" w14:textId="0D6A96BD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4CE114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Eingabe der Quartalsnoten für die Jahrgänge 5–Q1 über Schildweb</w:t>
            </w:r>
          </w:p>
        </w:tc>
      </w:tr>
      <w:tr w:rsidR="00773CE6" w:rsidRPr="00265512" w14:paraId="76DA5C7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9727E1" w14:textId="2AB42A84" w:rsidR="00773CE6" w:rsidRDefault="00773CE6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17.11.2026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0E1AC8A" w14:textId="7B302DC8" w:rsidR="00773CE6" w:rsidRDefault="00DD0891" w:rsidP="003524EC">
            <w:pPr>
              <w:spacing w:after="0" w:line="240" w:lineRule="auto"/>
              <w:rPr>
                <w:color w:val="000000"/>
              </w:rPr>
            </w:pPr>
            <w:r w:rsidRPr="00DD0891">
              <w:rPr>
                <w:color w:val="000000"/>
              </w:rPr>
              <w:t>14:45h - 16:15</w:t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CA5271D" w14:textId="5F748CA7" w:rsidR="00773CE6" w:rsidRPr="007A0867" w:rsidRDefault="00DD0891" w:rsidP="003524EC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AK-internationaler Austausch/Erasmus</w:t>
            </w:r>
          </w:p>
        </w:tc>
      </w:tr>
      <w:tr w:rsidR="003524EC" w14:paraId="08CBCBF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4265F9E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Mi., 18.11.2026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F2F1A92" w14:textId="77777777" w:rsidR="003524EC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D1B3BA4" w14:textId="0DFDD856" w:rsidR="003524EC" w:rsidRDefault="004606D4" w:rsidP="003524EC">
            <w:pPr>
              <w:spacing w:after="0" w:line="240" w:lineRule="auto"/>
            </w:pPr>
            <w:r>
              <w:rPr>
                <w:color w:val="000000"/>
              </w:rPr>
              <w:t>Q1</w:t>
            </w:r>
            <w:r w:rsidR="003524EC">
              <w:rPr>
                <w:color w:val="000000"/>
              </w:rPr>
              <w:t xml:space="preserve">-Biologiekurse </w:t>
            </w:r>
            <w:proofErr w:type="spellStart"/>
            <w:r w:rsidR="003524EC">
              <w:rPr>
                <w:color w:val="000000"/>
              </w:rPr>
              <w:t>bei</w:t>
            </w:r>
            <w:proofErr w:type="spellEnd"/>
            <w:r w:rsidR="003524EC">
              <w:rPr>
                <w:color w:val="000000"/>
              </w:rPr>
              <w:t xml:space="preserve"> Bayer</w:t>
            </w:r>
          </w:p>
        </w:tc>
      </w:tr>
      <w:tr w:rsidR="00BA3212" w14:paraId="6F20DAE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862EF8" w14:textId="6EFDF53E" w:rsidR="00BA3212" w:rsidRDefault="00BA3212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Fr., 20.11.2026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C4960B" w14:textId="1551E80E" w:rsidR="00BA3212" w:rsidRPr="00BA3212" w:rsidRDefault="00BA3212" w:rsidP="003524EC">
            <w:pPr>
              <w:spacing w:after="0" w:line="240" w:lineRule="auto"/>
              <w:rPr>
                <w:color w:val="000000"/>
              </w:rPr>
            </w:pPr>
            <w:r w:rsidRPr="00BA3212">
              <w:rPr>
                <w:color w:val="000000"/>
              </w:rPr>
              <w:t>08:00-15:00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FBCF571" w14:textId="3475DB66" w:rsidR="00BA3212" w:rsidRPr="00BA3212" w:rsidRDefault="00BA3212" w:rsidP="00BA3212">
            <w:pPr>
              <w:spacing w:after="0" w:line="240" w:lineRule="auto"/>
              <w:rPr>
                <w:rFonts w:ascii="Calibri" w:eastAsiaTheme="minorHAnsi" w:hAnsi="Calibri"/>
                <w:sz w:val="22"/>
              </w:rPr>
            </w:pPr>
            <w:proofErr w:type="spellStart"/>
            <w:r w:rsidRPr="00BA3212">
              <w:rPr>
                <w:color w:val="000000"/>
              </w:rPr>
              <w:t>Macht-</w:t>
            </w:r>
            <w:r w:rsidR="00815E50">
              <w:rPr>
                <w:color w:val="000000"/>
              </w:rPr>
              <w:t>M</w:t>
            </w:r>
            <w:r w:rsidRPr="00BA3212">
              <w:rPr>
                <w:color w:val="000000"/>
              </w:rPr>
              <w:t>athe-Wettbewerb</w:t>
            </w:r>
            <w:proofErr w:type="spellEnd"/>
            <w:r w:rsidRPr="00BA3212">
              <w:rPr>
                <w:color w:val="000000"/>
              </w:rPr>
              <w:t xml:space="preserve"> (</w:t>
            </w:r>
            <w:proofErr w:type="spellStart"/>
            <w:r w:rsidRPr="00BA3212">
              <w:rPr>
                <w:color w:val="000000"/>
              </w:rPr>
              <w:t>Alympiade</w:t>
            </w:r>
            <w:proofErr w:type="spellEnd"/>
            <w:r w:rsidRPr="00BA3212">
              <w:rPr>
                <w:color w:val="000000"/>
              </w:rPr>
              <w:t>),Jg. EF, Q1 (</w:t>
            </w:r>
            <w:proofErr w:type="spellStart"/>
            <w:r w:rsidRPr="00BA3212">
              <w:rPr>
                <w:color w:val="000000"/>
              </w:rPr>
              <w:t>nach</w:t>
            </w:r>
            <w:proofErr w:type="spellEnd"/>
            <w:r w:rsidRPr="00BA3212">
              <w:rPr>
                <w:color w:val="000000"/>
              </w:rPr>
              <w:t xml:space="preserve"> </w:t>
            </w:r>
            <w:proofErr w:type="spellStart"/>
            <w:r w:rsidRPr="00BA3212">
              <w:rPr>
                <w:color w:val="000000"/>
              </w:rPr>
              <w:t>Anmeldung</w:t>
            </w:r>
            <w:proofErr w:type="spellEnd"/>
            <w:r w:rsidRPr="00BA3212">
              <w:rPr>
                <w:color w:val="000000"/>
              </w:rPr>
              <w:t>)</w:t>
            </w:r>
          </w:p>
        </w:tc>
      </w:tr>
      <w:tr w:rsidR="003524EC" w14:paraId="6D1939D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5B62FF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Di., 24.11.2026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5F19BF2" w14:textId="32CB22B5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14:45–16:15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0F83515" w14:textId="77777777" w:rsidR="003524EC" w:rsidRDefault="003524EC" w:rsidP="003524EC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Quartalskonferenz</w:t>
            </w:r>
            <w:proofErr w:type="spellEnd"/>
            <w:r>
              <w:rPr>
                <w:color w:val="000000"/>
              </w:rPr>
              <w:t xml:space="preserve"> EF (C02)</w:t>
            </w:r>
          </w:p>
        </w:tc>
      </w:tr>
      <w:tr w:rsidR="003524EC" w:rsidRPr="00265512" w14:paraId="7B27E3D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BCE18A5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Mo., 30.11.2026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C945CDE" w14:textId="4390EC1D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14:00–18:00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BB6BEA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Elternsprechtag 5–Q2; Unterrichtsschluss 11:50 Uhr; Mensa geschlossen</w:t>
            </w:r>
          </w:p>
        </w:tc>
      </w:tr>
      <w:tr w:rsidR="003524EC" w14:paraId="376FC563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5CCEA1" w14:textId="77777777" w:rsidR="003524EC" w:rsidRDefault="003524EC" w:rsidP="003524EC">
            <w:pPr>
              <w:keepNext/>
              <w:spacing w:after="0" w:line="240" w:lineRule="auto"/>
            </w:pPr>
            <w:proofErr w:type="spellStart"/>
            <w:r>
              <w:rPr>
                <w:b/>
                <w:color w:val="000000"/>
                <w:sz w:val="20"/>
              </w:rPr>
              <w:t>Dezember</w:t>
            </w:r>
            <w:proofErr w:type="spellEnd"/>
            <w:r>
              <w:rPr>
                <w:b/>
                <w:color w:val="000000"/>
                <w:sz w:val="20"/>
              </w:rPr>
              <w:t xml:space="preserve"> 2026</w:t>
            </w:r>
          </w:p>
        </w:tc>
      </w:tr>
      <w:tr w:rsidR="003524EC" w:rsidRPr="00265512" w14:paraId="2C345B6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5F44B11" w14:textId="77777777" w:rsidR="003524EC" w:rsidRDefault="003524EC" w:rsidP="003524EC">
            <w:pPr>
              <w:spacing w:after="0" w:line="240" w:lineRule="auto"/>
            </w:pPr>
            <w:r>
              <w:rPr>
                <w:b/>
                <w:color w:val="000000"/>
              </w:rPr>
              <w:t>Mi., 02.12.2026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F0BECB" w14:textId="58DFCCC4" w:rsidR="003524EC" w:rsidRDefault="003524EC" w:rsidP="003524EC">
            <w:pPr>
              <w:spacing w:after="0" w:line="240" w:lineRule="auto"/>
            </w:pPr>
            <w:r>
              <w:rPr>
                <w:color w:val="000000"/>
              </w:rPr>
              <w:t>14:00–16:30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D42FA4" w14:textId="77777777" w:rsidR="003524EC" w:rsidRPr="007A0867" w:rsidRDefault="003524EC" w:rsidP="003524EC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Elternsprechtag; Unterrichtsschluss 11:50 Uhr; Mensa geschlossen</w:t>
            </w:r>
          </w:p>
        </w:tc>
      </w:tr>
      <w:tr w:rsidR="003524EC" w:rsidRPr="00265512" w14:paraId="52B1344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B13E8D0" w14:textId="3F39D8CE" w:rsidR="003524EC" w:rsidRDefault="003524EC" w:rsidP="003524EC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Do., 03.12.2026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D75EC9" w14:textId="6B4DB3F7" w:rsidR="003524EC" w:rsidRDefault="003524EC" w:rsidP="003524E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25C1C29" w14:textId="486308B3" w:rsidR="003524EC" w:rsidRPr="007A0867" w:rsidRDefault="003524EC" w:rsidP="003524EC">
            <w:pPr>
              <w:spacing w:after="0" w:line="240" w:lineRule="auto"/>
              <w:rPr>
                <w:color w:val="000000"/>
                <w:lang w:val="de-DE"/>
              </w:rPr>
            </w:pPr>
            <w:r w:rsidRPr="003524EC">
              <w:rPr>
                <w:color w:val="000000"/>
              </w:rPr>
              <w:t xml:space="preserve">Pro Familia, </w:t>
            </w:r>
            <w:proofErr w:type="spellStart"/>
            <w:r w:rsidRPr="003524EC">
              <w:rPr>
                <w:color w:val="000000"/>
              </w:rPr>
              <w:t>Klasse</w:t>
            </w:r>
            <w:proofErr w:type="spellEnd"/>
            <w:r w:rsidRPr="003524EC">
              <w:rPr>
                <w:color w:val="000000"/>
              </w:rPr>
              <w:t xml:space="preserve"> 8</w:t>
            </w:r>
            <w:r w:rsidR="00AA52FA">
              <w:rPr>
                <w:color w:val="000000"/>
              </w:rPr>
              <w:t>d</w:t>
            </w:r>
          </w:p>
        </w:tc>
      </w:tr>
      <w:tr w:rsidR="00217D2E" w:rsidRPr="00265512" w14:paraId="7E68548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305F5D1" w14:textId="72D0D0D8" w:rsidR="00217D2E" w:rsidRDefault="00217D2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Fr., 04.12.2026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6B44424" w14:textId="294FAB10" w:rsidR="00217D2E" w:rsidRDefault="00217D2E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A7049B" w14:textId="449E1348" w:rsidR="00217D2E" w:rsidRPr="003524EC" w:rsidRDefault="00217D2E" w:rsidP="00217D2E">
            <w:pPr>
              <w:spacing w:after="0" w:line="240" w:lineRule="auto"/>
              <w:rPr>
                <w:color w:val="000000"/>
              </w:rPr>
            </w:pPr>
            <w:r w:rsidRPr="003524EC">
              <w:rPr>
                <w:color w:val="000000"/>
              </w:rPr>
              <w:t xml:space="preserve">Pro Familia, </w:t>
            </w:r>
            <w:proofErr w:type="spellStart"/>
            <w:r w:rsidRPr="003524EC">
              <w:rPr>
                <w:color w:val="000000"/>
              </w:rPr>
              <w:t>Klasse</w:t>
            </w:r>
            <w:proofErr w:type="spellEnd"/>
            <w:r w:rsidRPr="003524EC">
              <w:rPr>
                <w:color w:val="000000"/>
              </w:rPr>
              <w:t xml:space="preserve"> 8</w:t>
            </w:r>
            <w:r w:rsidR="00AA52FA">
              <w:rPr>
                <w:color w:val="000000"/>
              </w:rPr>
              <w:t>e</w:t>
            </w:r>
          </w:p>
        </w:tc>
      </w:tr>
      <w:tr w:rsidR="003524EC" w:rsidRPr="00104B49" w14:paraId="575F7AA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FA35A6D" w14:textId="77777777" w:rsidR="003524EC" w:rsidRPr="00104B49" w:rsidRDefault="003524EC" w:rsidP="003524EC">
            <w:pPr>
              <w:spacing w:after="0" w:line="240" w:lineRule="auto"/>
            </w:pPr>
            <w:r w:rsidRPr="00104B49">
              <w:rPr>
                <w:b/>
              </w:rPr>
              <w:t>Di., 08.12.2026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8D109E5" w14:textId="77777777" w:rsidR="003524EC" w:rsidRPr="00104B49" w:rsidRDefault="003524EC" w:rsidP="003524EC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759199" w14:textId="4AB2B14F" w:rsidR="003524EC" w:rsidRPr="00104B49" w:rsidRDefault="003524EC" w:rsidP="003524EC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 xml:space="preserve">Pädagogischer Tag (Oberstufenreform + </w:t>
            </w:r>
            <w:proofErr w:type="spellStart"/>
            <w:r w:rsidRPr="00104B49">
              <w:rPr>
                <w:lang w:val="de-DE"/>
              </w:rPr>
              <w:t>Fachschaftsarbeit</w:t>
            </w:r>
            <w:proofErr w:type="spellEnd"/>
            <w:r w:rsidRPr="00104B49">
              <w:rPr>
                <w:lang w:val="de-DE"/>
              </w:rPr>
              <w:t>)</w:t>
            </w:r>
          </w:p>
        </w:tc>
      </w:tr>
      <w:tr w:rsidR="00455C87" w:rsidRPr="00104B49" w14:paraId="44FA847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86A866F" w14:textId="39A67F66" w:rsidR="00455C87" w:rsidRPr="00104B49" w:rsidRDefault="00455C87" w:rsidP="003524E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Mi., 09.12.2026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9B44EBA" w14:textId="0B120AA7" w:rsidR="00455C87" w:rsidRPr="00104B49" w:rsidRDefault="00455C87" w:rsidP="003524EC">
            <w:pPr>
              <w:spacing w:after="0" w:line="240" w:lineRule="auto"/>
            </w:pPr>
            <w:r>
              <w:t>8:00-13:00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53D1FD1" w14:textId="2E1AFBEB" w:rsidR="00455C87" w:rsidRPr="00104B49" w:rsidRDefault="00455C87" w:rsidP="003524E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>Kriminalpräventionsworkshop Jg. 8 (Mensa)</w:t>
            </w:r>
          </w:p>
        </w:tc>
      </w:tr>
      <w:tr w:rsidR="00217D2E" w:rsidRPr="00104B49" w14:paraId="0DF5E3E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FDF46CD" w14:textId="42E050BE" w:rsidR="00217D2E" w:rsidRPr="00104B49" w:rsidRDefault="00217D2E" w:rsidP="00217D2E">
            <w:pPr>
              <w:spacing w:after="0" w:line="240" w:lineRule="auto"/>
              <w:rPr>
                <w:b/>
              </w:rPr>
            </w:pPr>
            <w:r>
              <w:rPr>
                <w:b/>
                <w:color w:val="000000"/>
              </w:rPr>
              <w:t>Fr., 11.12.2026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3ABF11B" w14:textId="5BFDE501" w:rsidR="00217D2E" w:rsidRPr="00104B49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9:30-12:30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4D48FC" w14:textId="34841CCE" w:rsidR="00217D2E" w:rsidRPr="00104B49" w:rsidRDefault="00217D2E" w:rsidP="00217D2E">
            <w:pPr>
              <w:spacing w:after="0" w:line="240" w:lineRule="auto"/>
              <w:rPr>
                <w:lang w:val="de-DE"/>
              </w:rPr>
            </w:pPr>
            <w:r w:rsidRPr="003524EC">
              <w:rPr>
                <w:color w:val="000000"/>
              </w:rPr>
              <w:t xml:space="preserve">Pro Familia, </w:t>
            </w:r>
            <w:proofErr w:type="spellStart"/>
            <w:r w:rsidRPr="003524EC">
              <w:rPr>
                <w:color w:val="000000"/>
              </w:rPr>
              <w:t>Klasse</w:t>
            </w:r>
            <w:proofErr w:type="spellEnd"/>
            <w:r w:rsidRPr="003524EC">
              <w:rPr>
                <w:color w:val="000000"/>
              </w:rPr>
              <w:t xml:space="preserve"> 8</w:t>
            </w:r>
            <w:r w:rsidR="00AA52FA">
              <w:rPr>
                <w:color w:val="000000"/>
              </w:rPr>
              <w:t>f</w:t>
            </w:r>
          </w:p>
        </w:tc>
      </w:tr>
      <w:tr w:rsidR="00217D2E" w:rsidRPr="00265512" w14:paraId="66BFA27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4F0BA2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So., 13.–Fr., 18.12.2026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230699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C0E28A" w14:textId="30CA200B" w:rsidR="0070046A" w:rsidRPr="00B52D64" w:rsidRDefault="00217D2E" w:rsidP="00217D2E">
            <w:pPr>
              <w:spacing w:after="0" w:line="240" w:lineRule="auto"/>
              <w:rPr>
                <w:color w:val="000000"/>
                <w:lang w:val="de-DE"/>
              </w:rPr>
            </w:pPr>
            <w:r w:rsidRPr="007A0867">
              <w:rPr>
                <w:color w:val="000000"/>
                <w:lang w:val="de-DE"/>
              </w:rPr>
              <w:t>Skifahrt Klasse 8a und Projektkurs „Gleiten, Fahren, Rollen“ Q1</w:t>
            </w:r>
          </w:p>
        </w:tc>
      </w:tr>
      <w:tr w:rsidR="00B52D64" w:rsidRPr="00265512" w14:paraId="1F3D064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4116979" w14:textId="1F79ADE1" w:rsidR="00B52D64" w:rsidRDefault="00B52D64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Mo., 14. -Fr., 18.12.26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B080B70" w14:textId="77777777" w:rsidR="00B52D64" w:rsidRDefault="00B52D64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ABC8A3" w14:textId="0326D5BF" w:rsidR="00B52D64" w:rsidRPr="007A0867" w:rsidRDefault="00B52D64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Projektkurswoche Q1</w:t>
            </w:r>
          </w:p>
        </w:tc>
      </w:tr>
      <w:tr w:rsidR="00217D2E" w14:paraId="5EF89D9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0C9BE39" w14:textId="77777777" w:rsidR="00217D2E" w:rsidRPr="00104B49" w:rsidRDefault="00217D2E" w:rsidP="00217D2E">
            <w:pPr>
              <w:spacing w:after="0" w:line="240" w:lineRule="auto"/>
            </w:pPr>
            <w:r w:rsidRPr="00104B49">
              <w:rPr>
                <w:b/>
              </w:rPr>
              <w:t>Sa., 19.12.2026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93739D" w14:textId="49010D99" w:rsidR="00217D2E" w:rsidRPr="00104B49" w:rsidRDefault="00217D2E" w:rsidP="00217D2E">
            <w:pPr>
              <w:spacing w:after="0" w:line="240" w:lineRule="auto"/>
            </w:pPr>
            <w:r>
              <w:t xml:space="preserve">8:00 – 11:00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1C71EE2" w14:textId="4A143633" w:rsidR="00217D2E" w:rsidRPr="00104B49" w:rsidRDefault="00217D2E" w:rsidP="00217D2E">
            <w:pPr>
              <w:spacing w:after="0" w:line="240" w:lineRule="auto"/>
            </w:pPr>
            <w:proofErr w:type="spellStart"/>
            <w:r w:rsidRPr="00104B49">
              <w:t>Nachschreibtermin</w:t>
            </w:r>
            <w:proofErr w:type="spellEnd"/>
            <w:r w:rsidRPr="00104B49">
              <w:t xml:space="preserve"> SII + 9</w:t>
            </w:r>
            <w:r>
              <w:t>./</w:t>
            </w:r>
            <w:r w:rsidRPr="00104B49">
              <w:t>10. Jg.</w:t>
            </w:r>
            <w:r>
              <w:t xml:space="preserve"> &gt; 65 Min.</w:t>
            </w:r>
          </w:p>
        </w:tc>
      </w:tr>
      <w:tr w:rsidR="00217D2E" w14:paraId="5E55199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C198E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22.12.2026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126AA4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592084B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Ende des 1. </w:t>
            </w:r>
            <w:proofErr w:type="spellStart"/>
            <w:r>
              <w:rPr>
                <w:color w:val="000000"/>
              </w:rPr>
              <w:t>Halbjahres</w:t>
            </w:r>
            <w:proofErr w:type="spellEnd"/>
            <w:r>
              <w:rPr>
                <w:color w:val="000000"/>
              </w:rPr>
              <w:t xml:space="preserve"> Q2</w:t>
            </w:r>
          </w:p>
        </w:tc>
      </w:tr>
      <w:tr w:rsidR="00217D2E" w14:paraId="7E84514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1C452E3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Mi., 23.12.2026–Mi., 06.01.2027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AC8071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C84ECF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Weihnachtsferien</w:t>
            </w:r>
            <w:proofErr w:type="spellEnd"/>
          </w:p>
        </w:tc>
      </w:tr>
      <w:tr w:rsidR="00217D2E" w:rsidRPr="00265512" w14:paraId="62FE360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52F418D" w14:textId="3455EDC9" w:rsidR="00217D2E" w:rsidRPr="00104B49" w:rsidRDefault="00217D2E" w:rsidP="00217D2E">
            <w:pPr>
              <w:spacing w:after="0" w:line="240" w:lineRule="auto"/>
            </w:pPr>
            <w:r w:rsidRPr="00104B49">
              <w:rPr>
                <w:b/>
              </w:rPr>
              <w:t>So., 27.12.202</w:t>
            </w:r>
            <w:r>
              <w:rPr>
                <w:b/>
              </w:rPr>
              <w:t>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0F28494" w14:textId="2A697A10" w:rsidR="00217D2E" w:rsidRPr="00104B49" w:rsidRDefault="00217D2E" w:rsidP="00217D2E">
            <w:pPr>
              <w:spacing w:after="0" w:line="240" w:lineRule="auto"/>
            </w:pPr>
            <w:r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D5111C" w14:textId="77777777" w:rsidR="00217D2E" w:rsidRPr="00104B49" w:rsidRDefault="00217D2E" w:rsidP="00217D2E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WEBUNTIS-Fehlzeiten von BL kontrollieren (nur Q2)</w:t>
            </w:r>
          </w:p>
        </w:tc>
      </w:tr>
      <w:tr w:rsidR="00217D2E" w14:paraId="1CC2FB9B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D6AFEEF" w14:textId="77777777" w:rsidR="00217D2E" w:rsidRDefault="00217D2E" w:rsidP="00217D2E">
            <w:pPr>
              <w:keepNext/>
              <w:spacing w:after="0" w:line="240" w:lineRule="auto"/>
            </w:pPr>
            <w:proofErr w:type="spellStart"/>
            <w:r>
              <w:rPr>
                <w:b/>
                <w:color w:val="000000"/>
                <w:sz w:val="20"/>
              </w:rPr>
              <w:t>Januar</w:t>
            </w:r>
            <w:proofErr w:type="spellEnd"/>
            <w:r>
              <w:rPr>
                <w:b/>
                <w:color w:val="000000"/>
                <w:sz w:val="20"/>
              </w:rPr>
              <w:t xml:space="preserve"> 2027</w:t>
            </w:r>
          </w:p>
        </w:tc>
      </w:tr>
      <w:tr w:rsidR="00217D2E" w14:paraId="2C4CE33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F3B288B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07.01.2027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8F6864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A47C99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Beginn</w:t>
            </w:r>
            <w:proofErr w:type="spellEnd"/>
            <w:r>
              <w:rPr>
                <w:color w:val="000000"/>
              </w:rPr>
              <w:t xml:space="preserve"> des 2. </w:t>
            </w:r>
            <w:proofErr w:type="spellStart"/>
            <w:r>
              <w:rPr>
                <w:color w:val="000000"/>
              </w:rPr>
              <w:t>Halbjahres</w:t>
            </w:r>
            <w:proofErr w:type="spellEnd"/>
            <w:r>
              <w:rPr>
                <w:color w:val="000000"/>
              </w:rPr>
              <w:t xml:space="preserve"> Q2</w:t>
            </w:r>
          </w:p>
        </w:tc>
      </w:tr>
      <w:tr w:rsidR="00217D2E" w:rsidRPr="00265512" w14:paraId="6E2EE0B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B62C9F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07.01.2027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3DA8F9B" w14:textId="2AF0E1A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2C3D77E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Eingabe der Zeugnisnoten für Q2 in Schildweb; Eingabe der Texte für Förderzeugnisse und </w:t>
            </w:r>
            <w:proofErr w:type="spellStart"/>
            <w:r w:rsidRPr="007A0867">
              <w:rPr>
                <w:color w:val="000000"/>
                <w:lang w:val="de-DE"/>
              </w:rPr>
              <w:t>Lernstandsberichte</w:t>
            </w:r>
            <w:proofErr w:type="spellEnd"/>
            <w:r w:rsidRPr="007A0867">
              <w:rPr>
                <w:color w:val="000000"/>
                <w:lang w:val="de-DE"/>
              </w:rPr>
              <w:t xml:space="preserve"> Jg. 5–10; Abgabe der Bemerkungen zum außerunterrichtlichen Engagement (AUE), auch SII</w:t>
            </w:r>
          </w:p>
        </w:tc>
      </w:tr>
      <w:tr w:rsidR="00BA3212" w:rsidRPr="00265512" w14:paraId="71E4782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9C2A38E" w14:textId="2202895D" w:rsidR="00BA3212" w:rsidRDefault="00BA3212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Mo., 11.01.-Fr., 05.02.2027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0970B3" w14:textId="77777777" w:rsidR="00BA3212" w:rsidRDefault="00BA3212" w:rsidP="00217D2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35755E" w14:textId="6365E713" w:rsidR="00BA3212" w:rsidRPr="007A0867" w:rsidRDefault="00BA3212" w:rsidP="00217D2E">
            <w:pPr>
              <w:spacing w:after="0" w:line="240" w:lineRule="auto"/>
              <w:rPr>
                <w:color w:val="000000"/>
                <w:lang w:val="de-DE"/>
              </w:rPr>
            </w:pPr>
            <w:r w:rsidRPr="00BA3212">
              <w:rPr>
                <w:color w:val="000000"/>
                <w:lang w:val="de-DE"/>
              </w:rPr>
              <w:t>Wochen der Studienorientierung, Jg. Q1, Q2 (nach Anmeldung)</w:t>
            </w:r>
          </w:p>
        </w:tc>
      </w:tr>
      <w:tr w:rsidR="00217D2E" w14:paraId="3422AC9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70254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12.01.2027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51CE75" w14:textId="1E316F54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14:45–16:15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16A3FEA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Zeugniskonferenz</w:t>
            </w:r>
            <w:proofErr w:type="spellEnd"/>
            <w:r>
              <w:rPr>
                <w:color w:val="000000"/>
              </w:rPr>
              <w:t xml:space="preserve"> Q2 (C02)</w:t>
            </w:r>
          </w:p>
        </w:tc>
      </w:tr>
      <w:tr w:rsidR="00217D2E" w:rsidRPr="00265512" w14:paraId="323B240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14388E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15.01.2027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6E8B9CD" w14:textId="45079D4A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8:00–9:05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2CAED0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Zeugnisausgabe Q2 (Mensa), danach regulärer Unterricht</w:t>
            </w:r>
          </w:p>
        </w:tc>
      </w:tr>
      <w:tr w:rsidR="00217D2E" w:rsidRPr="00265512" w14:paraId="2BEFC3A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1E1D871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19.01.2027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0392DDB" w14:textId="1DF3FBBD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10:45–13:05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CA11D59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Polizei-Crashkurs für Q1 und Q2</w:t>
            </w:r>
          </w:p>
        </w:tc>
      </w:tr>
      <w:tr w:rsidR="00217D2E" w:rsidRPr="00265512" w14:paraId="6E00F74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8320C8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19.01.2027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318551E" w14:textId="41537F7B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19:00–21:00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78615D8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Informationsabend zur Oberstufe für SchülerInnen der Jahrgangsstufe 10 (eigene und externe) und deren Eltern (Mensa)</w:t>
            </w:r>
          </w:p>
        </w:tc>
      </w:tr>
      <w:tr w:rsidR="00DD0891" w:rsidRPr="00265512" w14:paraId="39604D3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89863E" w14:textId="2C7CDC50" w:rsidR="00DD0891" w:rsidRDefault="00DD0891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19.01.2027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1EFB55E" w14:textId="083F9A97" w:rsidR="00DD0891" w:rsidRDefault="00DD0891" w:rsidP="00217D2E">
            <w:pPr>
              <w:spacing w:after="0" w:line="240" w:lineRule="auto"/>
              <w:rPr>
                <w:color w:val="000000"/>
              </w:rPr>
            </w:pPr>
            <w:r w:rsidRPr="00DD0891">
              <w:rPr>
                <w:color w:val="000000"/>
              </w:rPr>
              <w:t>14:45 - 16:15</w:t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0D9D82" w14:textId="50422527" w:rsidR="00DD0891" w:rsidRPr="007A0867" w:rsidRDefault="00DD0891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AK-internationaler Austausch/Erasmus</w:t>
            </w:r>
          </w:p>
        </w:tc>
      </w:tr>
      <w:tr w:rsidR="00217D2E" w:rsidRPr="00265512" w14:paraId="4CB7BEE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1B49B7" w14:textId="77777777" w:rsidR="00217D2E" w:rsidRPr="00104B49" w:rsidRDefault="00217D2E" w:rsidP="00217D2E">
            <w:pPr>
              <w:spacing w:after="0" w:line="240" w:lineRule="auto"/>
            </w:pPr>
            <w:r w:rsidRPr="00104B49">
              <w:rPr>
                <w:b/>
              </w:rPr>
              <w:t>Fr., 22.01.2027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FE7D31D" w14:textId="2093A541" w:rsidR="00217D2E" w:rsidRPr="00104B49" w:rsidRDefault="00217D2E" w:rsidP="00217D2E">
            <w:pPr>
              <w:spacing w:after="0" w:line="240" w:lineRule="auto"/>
            </w:pPr>
            <w:r w:rsidRPr="00104B49"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B9ACD04" w14:textId="77777777" w:rsidR="00217D2E" w:rsidRPr="00104B49" w:rsidRDefault="00217D2E" w:rsidP="00217D2E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WEBUNTIS-Fehlzeiten von BL+KL kontrolliert (5-Q1)</w:t>
            </w:r>
          </w:p>
        </w:tc>
      </w:tr>
      <w:tr w:rsidR="000B416E" w:rsidRPr="00265512" w14:paraId="15A736A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FA6516" w14:textId="639AAE1B" w:rsidR="000B416E" w:rsidRPr="00104B49" w:rsidRDefault="000B416E" w:rsidP="00217D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Mo., 25.01.-Mi., 27.01.2027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04B230" w14:textId="69DC35A4" w:rsidR="000B416E" w:rsidRPr="000B416E" w:rsidRDefault="000B416E" w:rsidP="00217D2E">
            <w:pPr>
              <w:spacing w:after="0" w:line="240" w:lineRule="auto"/>
              <w:rPr>
                <w:bCs/>
              </w:rPr>
            </w:pPr>
            <w:r w:rsidRPr="000B416E">
              <w:rPr>
                <w:bCs/>
              </w:rPr>
              <w:t>08:00-14:00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34DA4A" w14:textId="58D0698C" w:rsidR="000B416E" w:rsidRPr="000B416E" w:rsidRDefault="000B416E" w:rsidP="00217D2E">
            <w:pPr>
              <w:spacing w:after="0" w:line="240" w:lineRule="auto"/>
              <w:rPr>
                <w:bCs/>
              </w:rPr>
            </w:pPr>
            <w:r w:rsidRPr="000B416E">
              <w:rPr>
                <w:bCs/>
              </w:rPr>
              <w:t>Ideen-Check (AA), Jg. Q2 (</w:t>
            </w:r>
            <w:proofErr w:type="spellStart"/>
            <w:r w:rsidRPr="000B416E">
              <w:rPr>
                <w:bCs/>
              </w:rPr>
              <w:t>verpflichtende</w:t>
            </w:r>
            <w:proofErr w:type="spellEnd"/>
            <w:r w:rsidRPr="000B416E">
              <w:rPr>
                <w:bCs/>
              </w:rPr>
              <w:t xml:space="preserve"> </w:t>
            </w:r>
            <w:proofErr w:type="spellStart"/>
            <w:r w:rsidRPr="000B416E">
              <w:rPr>
                <w:bCs/>
              </w:rPr>
              <w:t>Einzeltermine</w:t>
            </w:r>
            <w:proofErr w:type="spellEnd"/>
            <w:r w:rsidRPr="000B416E">
              <w:rPr>
                <w:bCs/>
              </w:rPr>
              <w:t>)</w:t>
            </w:r>
          </w:p>
        </w:tc>
      </w:tr>
      <w:tr w:rsidR="003C468C" w:rsidRPr="00265512" w14:paraId="4963A31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549929" w14:textId="5B090FA1" w:rsidR="003C468C" w:rsidRDefault="003C468C" w:rsidP="00217D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Di, 26.01.2027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1849ADB" w14:textId="6486A45B" w:rsidR="003C468C" w:rsidRPr="000B416E" w:rsidRDefault="003C468C" w:rsidP="00217D2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08:30 – 15:00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73578AF" w14:textId="00F72610" w:rsidR="003C468C" w:rsidRPr="000B416E" w:rsidRDefault="003C468C" w:rsidP="00217D2E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schulinterner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Fortbildungstag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Studientag</w:t>
            </w:r>
            <w:proofErr w:type="spellEnd"/>
            <w:r>
              <w:rPr>
                <w:bCs/>
              </w:rPr>
              <w:t>)</w:t>
            </w:r>
          </w:p>
        </w:tc>
      </w:tr>
      <w:tr w:rsidR="00217D2E" w:rsidRPr="00265512" w14:paraId="48B09351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22D94A" w14:textId="77777777" w:rsidR="00217D2E" w:rsidRPr="000B416E" w:rsidRDefault="00217D2E" w:rsidP="00217D2E">
            <w:pPr>
              <w:spacing w:after="0" w:line="240" w:lineRule="auto"/>
              <w:rPr>
                <w:b/>
              </w:rPr>
            </w:pPr>
            <w:r w:rsidRPr="000B416E">
              <w:rPr>
                <w:b/>
              </w:rPr>
              <w:t>Mi., 27.01.2027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3F6C906" w14:textId="413C34D6" w:rsidR="00217D2E" w:rsidRPr="000B416E" w:rsidRDefault="00217D2E" w:rsidP="00217D2E">
            <w:pPr>
              <w:spacing w:after="0" w:line="240" w:lineRule="auto"/>
              <w:rPr>
                <w:bCs/>
              </w:rPr>
            </w:pPr>
            <w:r w:rsidRPr="000B416E">
              <w:rPr>
                <w:bCs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D8A962F" w14:textId="77777777" w:rsidR="00217D2E" w:rsidRPr="000B416E" w:rsidRDefault="00217D2E" w:rsidP="00217D2E">
            <w:pPr>
              <w:spacing w:after="0" w:line="240" w:lineRule="auto"/>
              <w:rPr>
                <w:bCs/>
              </w:rPr>
            </w:pPr>
            <w:proofErr w:type="spellStart"/>
            <w:r w:rsidRPr="000B416E">
              <w:rPr>
                <w:bCs/>
              </w:rPr>
              <w:t>Eingabe</w:t>
            </w:r>
            <w:proofErr w:type="spellEnd"/>
            <w:r w:rsidRPr="000B416E">
              <w:rPr>
                <w:bCs/>
              </w:rPr>
              <w:t xml:space="preserve"> der </w:t>
            </w:r>
            <w:proofErr w:type="spellStart"/>
            <w:r w:rsidRPr="000B416E">
              <w:rPr>
                <w:bCs/>
              </w:rPr>
              <w:t>Zeugnisnoten</w:t>
            </w:r>
            <w:proofErr w:type="spellEnd"/>
            <w:r w:rsidRPr="000B416E">
              <w:rPr>
                <w:bCs/>
              </w:rPr>
              <w:t xml:space="preserve"> für die </w:t>
            </w:r>
            <w:proofErr w:type="spellStart"/>
            <w:r w:rsidRPr="000B416E">
              <w:rPr>
                <w:bCs/>
              </w:rPr>
              <w:t>Jahrgänge</w:t>
            </w:r>
            <w:proofErr w:type="spellEnd"/>
            <w:r w:rsidRPr="000B416E">
              <w:rPr>
                <w:bCs/>
              </w:rPr>
              <w:t xml:space="preserve"> 5–Q1 in </w:t>
            </w:r>
            <w:proofErr w:type="spellStart"/>
            <w:r w:rsidRPr="000B416E">
              <w:rPr>
                <w:bCs/>
              </w:rPr>
              <w:t>Schildweb</w:t>
            </w:r>
            <w:proofErr w:type="spellEnd"/>
            <w:r w:rsidRPr="000B416E">
              <w:rPr>
                <w:bCs/>
              </w:rPr>
              <w:t xml:space="preserve">; finale </w:t>
            </w:r>
            <w:proofErr w:type="spellStart"/>
            <w:r w:rsidRPr="000B416E">
              <w:rPr>
                <w:bCs/>
              </w:rPr>
              <w:t>Überprüfung</w:t>
            </w:r>
            <w:proofErr w:type="spellEnd"/>
            <w:r w:rsidRPr="000B416E">
              <w:rPr>
                <w:bCs/>
              </w:rPr>
              <w:t xml:space="preserve"> der </w:t>
            </w:r>
            <w:proofErr w:type="spellStart"/>
            <w:r w:rsidRPr="000B416E">
              <w:rPr>
                <w:bCs/>
              </w:rPr>
              <w:t>Lernstandsberichte</w:t>
            </w:r>
            <w:proofErr w:type="spellEnd"/>
            <w:r w:rsidRPr="000B416E">
              <w:rPr>
                <w:bCs/>
              </w:rPr>
              <w:t xml:space="preserve"> </w:t>
            </w:r>
            <w:proofErr w:type="spellStart"/>
            <w:r w:rsidRPr="000B416E">
              <w:rPr>
                <w:bCs/>
              </w:rPr>
              <w:t>durch</w:t>
            </w:r>
            <w:proofErr w:type="spellEnd"/>
            <w:r w:rsidRPr="000B416E">
              <w:rPr>
                <w:bCs/>
              </w:rPr>
              <w:t xml:space="preserve"> die </w:t>
            </w:r>
            <w:proofErr w:type="spellStart"/>
            <w:r w:rsidRPr="000B416E">
              <w:rPr>
                <w:bCs/>
              </w:rPr>
              <w:t>Klassenleitungen</w:t>
            </w:r>
            <w:proofErr w:type="spellEnd"/>
          </w:p>
        </w:tc>
      </w:tr>
      <w:tr w:rsidR="00217D2E" w:rsidRPr="00265512" w14:paraId="6F8CFE4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9106936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29.01.2027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A10DD7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1.–4. </w:t>
            </w:r>
            <w:proofErr w:type="spellStart"/>
            <w:r>
              <w:rPr>
                <w:color w:val="000000"/>
              </w:rPr>
              <w:t>Stunde</w:t>
            </w:r>
            <w:proofErr w:type="spellEnd"/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9CC70C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„Uni trifft Schule – Nachhaltigkeit und Chemieunterricht“ (Jahrgänge 7–10)</w:t>
            </w:r>
          </w:p>
        </w:tc>
      </w:tr>
      <w:tr w:rsidR="00217D2E" w14:paraId="4FBFF7DB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F050C92" w14:textId="77777777" w:rsidR="00217D2E" w:rsidRDefault="00217D2E" w:rsidP="00217D2E">
            <w:pPr>
              <w:keepNext/>
              <w:spacing w:after="0" w:line="240" w:lineRule="auto"/>
            </w:pPr>
            <w:proofErr w:type="spellStart"/>
            <w:r>
              <w:rPr>
                <w:b/>
                <w:color w:val="000000"/>
                <w:sz w:val="20"/>
              </w:rPr>
              <w:t>Februar</w:t>
            </w:r>
            <w:proofErr w:type="spellEnd"/>
            <w:r>
              <w:rPr>
                <w:b/>
                <w:color w:val="000000"/>
                <w:sz w:val="20"/>
              </w:rPr>
              <w:t xml:space="preserve"> 2027</w:t>
            </w:r>
          </w:p>
        </w:tc>
      </w:tr>
      <w:tr w:rsidR="00217D2E" w:rsidRPr="00265512" w14:paraId="31DF38A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2947CF4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02.02.2027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8A61CC" w14:textId="04BCD10E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13:30–17:00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D6C20E" w14:textId="25737DE8" w:rsidR="00217D2E" w:rsidRPr="00265512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Zeugniskonferenzen für die Jahrgänge 5, 7 und 9 (nach Sonderplan); Unterrichtsschluss Sek. </w:t>
            </w:r>
            <w:r w:rsidRPr="00265512">
              <w:rPr>
                <w:color w:val="000000"/>
                <w:lang w:val="de-DE"/>
              </w:rPr>
              <w:t>I ab 13:05 Uhr</w:t>
            </w:r>
          </w:p>
        </w:tc>
      </w:tr>
      <w:tr w:rsidR="00217D2E" w:rsidRPr="00265512" w14:paraId="76245FA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8C2C0A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Mi., 03.02.2027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825446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1E7D6B3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Digitaler Konferenz- / Studientag; Zeugniskonferenzen für die Jahrgänge 6, 8, 10, EF und Q1 (nach Sonderplan)</w:t>
            </w:r>
          </w:p>
        </w:tc>
      </w:tr>
      <w:tr w:rsidR="00217D2E" w:rsidRPr="00265512" w14:paraId="73938E8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C756BB7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04.02.2027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FB24F94" w14:textId="6BECBF01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10:45–13:05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6A3C399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Karnevalsfeier nur für den 5. Jahrgang (Mensa)</w:t>
            </w:r>
          </w:p>
        </w:tc>
      </w:tr>
      <w:tr w:rsidR="00217D2E" w14:paraId="6373724B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D00252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05.02.2027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F5FB01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AB088A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Beweglicher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Ferientag</w:t>
            </w:r>
            <w:proofErr w:type="spellEnd"/>
          </w:p>
        </w:tc>
      </w:tr>
      <w:tr w:rsidR="00217D2E" w14:paraId="64B9FC6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EF4911E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lastRenderedPageBreak/>
              <w:t>Mo., 08.02.2027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701EFC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61A9C0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Unterrichtsfrei</w:t>
            </w:r>
            <w:proofErr w:type="spellEnd"/>
            <w:r>
              <w:rPr>
                <w:color w:val="000000"/>
              </w:rPr>
              <w:t xml:space="preserve"> (Rosenmontag)</w:t>
            </w:r>
          </w:p>
        </w:tc>
      </w:tr>
      <w:tr w:rsidR="00217D2E" w:rsidRPr="00265512" w14:paraId="67EF1BC1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1594A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12.02.2027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CF38C5A" w14:textId="28CF0F52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10:45–11:20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65C2473" w14:textId="5AB1EC5F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Zeugnisausgabe für die Jahrgänge 5–Q1; Unterrichtsschluss 11:20 Uhr </w:t>
            </w:r>
          </w:p>
        </w:tc>
      </w:tr>
      <w:tr w:rsidR="00217D2E" w:rsidRPr="00265512" w14:paraId="3CD8378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089BFF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12.02.2027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4555A27" w14:textId="5D1DEE5A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12:00–15:00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70862E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Volleyball Lehrkräfte gegen SchülerInnen (neue Halle)</w:t>
            </w:r>
          </w:p>
        </w:tc>
      </w:tr>
      <w:tr w:rsidR="00217D2E" w:rsidRPr="00104B49" w14:paraId="562C161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11BA05" w14:textId="58569C12" w:rsidR="00217D2E" w:rsidRDefault="00217D2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16.02.–Mi., 17.02.2027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1A00F3" w14:textId="3A4E492F" w:rsidR="00217D2E" w:rsidRDefault="00217D2E" w:rsidP="00217D2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jeweils</w:t>
            </w:r>
            <w:proofErr w:type="spellEnd"/>
            <w:r>
              <w:rPr>
                <w:color w:val="000000"/>
              </w:rPr>
              <w:t xml:space="preserve"> 8:00-12:00 + 14:00-17:30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8A3276B" w14:textId="0EDCE408" w:rsidR="00217D2E" w:rsidRPr="007A0867" w:rsidRDefault="00217D2E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Anmeldungen neuer 5. Jg.</w:t>
            </w:r>
          </w:p>
        </w:tc>
      </w:tr>
      <w:tr w:rsidR="00CD6984" w:rsidRPr="00104B49" w14:paraId="2761EBF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6BD920" w14:textId="44F0A879" w:rsidR="00CD6984" w:rsidRDefault="00CD6984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Do, 18.02.2027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D7567A8" w14:textId="325C21F8" w:rsidR="00CD6984" w:rsidRDefault="005479A9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13:30</w:t>
            </w:r>
            <w:r w:rsidR="00C16F69">
              <w:rPr>
                <w:color w:val="000000"/>
              </w:rPr>
              <w:t xml:space="preserve"> – 1</w:t>
            </w:r>
            <w:r>
              <w:rPr>
                <w:color w:val="000000"/>
              </w:rPr>
              <w:t>7:0</w:t>
            </w:r>
            <w:r w:rsidR="00C16F69">
              <w:rPr>
                <w:color w:val="000000"/>
              </w:rPr>
              <w:t>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1687BC" w14:textId="0CD1DF10" w:rsidR="00CD6984" w:rsidRPr="00CD6984" w:rsidRDefault="00CD6984" w:rsidP="00CD6984">
            <w:pPr>
              <w:spacing w:before="100" w:beforeAutospacing="1"/>
              <w:rPr>
                <w:rFonts w:ascii="Calibri" w:eastAsiaTheme="minorHAnsi" w:hAnsi="Calibri"/>
                <w:sz w:val="22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Berufsinformationstag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(BIT), Jg. 9-Q2,Jg. 10 und Q1 </w:t>
            </w:r>
            <w:proofErr w:type="spellStart"/>
            <w:r>
              <w:rPr>
                <w:rFonts w:cs="Arial"/>
                <w:sz w:val="20"/>
                <w:szCs w:val="20"/>
              </w:rPr>
              <w:t>verpflichtend</w:t>
            </w:r>
            <w:proofErr w:type="spellEnd"/>
            <w:r>
              <w:rPr>
                <w:rFonts w:cs="Arial"/>
                <w:sz w:val="20"/>
                <w:szCs w:val="20"/>
              </w:rPr>
              <w:t>, Mensa</w:t>
            </w:r>
          </w:p>
        </w:tc>
      </w:tr>
      <w:tr w:rsidR="00C16F69" w:rsidRPr="00104B49" w14:paraId="4E05219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942743" w14:textId="087551A3" w:rsidR="00C16F69" w:rsidRDefault="00C16F69" w:rsidP="00217D2E">
            <w:pPr>
              <w:spacing w:after="0" w:line="240" w:lineRule="auto"/>
              <w:rPr>
                <w:b/>
                <w:color w:val="000000"/>
              </w:rPr>
            </w:pPr>
            <w:r w:rsidRPr="0065116E">
              <w:rPr>
                <w:b/>
                <w:color w:val="000000"/>
              </w:rPr>
              <w:t>Mo, 22.02.2027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B31FD0" w14:textId="368E7791" w:rsidR="00C16F69" w:rsidRDefault="00C16F69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08:00 – 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D84CBF" w14:textId="76E3B483" w:rsidR="00C16F69" w:rsidRPr="00C16F69" w:rsidRDefault="00C16F69" w:rsidP="00C16F69">
            <w:pPr>
              <w:spacing w:after="0" w:line="240" w:lineRule="auto"/>
              <w:rPr>
                <w:bCs/>
                <w:lang w:val="de-DE"/>
              </w:rPr>
            </w:pPr>
            <w:r w:rsidRPr="00C16F69">
              <w:rPr>
                <w:bCs/>
                <w:lang w:val="de-DE"/>
              </w:rPr>
              <w:t>ESI „Potenziale Entdecken“, Evangelische Stadtkirchengemeinde Solingen, Kirchplatz 14, 42651 Solingen</w:t>
            </w:r>
            <w:r>
              <w:rPr>
                <w:bCs/>
                <w:lang w:val="de-DE"/>
              </w:rPr>
              <w:t>, Klasse 8b</w:t>
            </w:r>
          </w:p>
        </w:tc>
      </w:tr>
      <w:tr w:rsidR="00C16F69" w:rsidRPr="00104B49" w14:paraId="1A02457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E9E1F03" w14:textId="77777777" w:rsidR="00C16F69" w:rsidRPr="0065116E" w:rsidRDefault="00C16F69" w:rsidP="0065116E">
            <w:pPr>
              <w:spacing w:after="0" w:line="240" w:lineRule="auto"/>
              <w:rPr>
                <w:b/>
                <w:color w:val="000000"/>
              </w:rPr>
            </w:pPr>
            <w:r w:rsidRPr="0065116E">
              <w:rPr>
                <w:b/>
                <w:color w:val="000000"/>
              </w:rPr>
              <w:t>Di, 23.02.2027</w:t>
            </w:r>
          </w:p>
          <w:p w14:paraId="57EFC8EF" w14:textId="77777777" w:rsidR="00C16F69" w:rsidRDefault="00C16F69" w:rsidP="00217D2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FC5344" w14:textId="128DB598" w:rsidR="00C16F69" w:rsidRDefault="00C16F69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08:00 – 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F131464" w14:textId="2681285E" w:rsidR="00C16F69" w:rsidRPr="00C16F69" w:rsidRDefault="00C16F69" w:rsidP="00C16F69">
            <w:pPr>
              <w:spacing w:after="0" w:line="240" w:lineRule="auto"/>
              <w:rPr>
                <w:bCs/>
                <w:lang w:val="de-DE"/>
              </w:rPr>
            </w:pPr>
            <w:r w:rsidRPr="00C16F69">
              <w:rPr>
                <w:bCs/>
                <w:lang w:val="de-DE"/>
              </w:rPr>
              <w:t>ESI „Potenziale Entdecken“, Evangelische Stadtkirchengemeinde Solingen, Kirchplatz 14, 42651 Solingen</w:t>
            </w:r>
            <w:r>
              <w:rPr>
                <w:bCs/>
                <w:lang w:val="de-DE"/>
              </w:rPr>
              <w:t>, Klasse 8c</w:t>
            </w:r>
          </w:p>
        </w:tc>
      </w:tr>
      <w:tr w:rsidR="00BB27CC" w:rsidRPr="00104B49" w14:paraId="1868752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F002D0" w14:textId="696D2694" w:rsidR="00BB27CC" w:rsidRDefault="00BB27CC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Mo., 23.02.2026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1A8D713" w14:textId="40C53315" w:rsidR="00BB27CC" w:rsidRDefault="00BB27CC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14:45 – 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54FFB4B" w14:textId="7A62BA85" w:rsidR="00BB27CC" w:rsidRDefault="00BB27CC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AK-internationaler Austausch/Erasmus</w:t>
            </w:r>
          </w:p>
        </w:tc>
      </w:tr>
      <w:tr w:rsidR="00C16F69" w:rsidRPr="00104B49" w14:paraId="6BB5996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E543F0" w14:textId="77777777" w:rsidR="00C16F69" w:rsidRPr="0065116E" w:rsidRDefault="00C16F69" w:rsidP="0065116E">
            <w:pPr>
              <w:spacing w:after="0" w:line="240" w:lineRule="auto"/>
              <w:rPr>
                <w:b/>
                <w:color w:val="000000"/>
              </w:rPr>
            </w:pPr>
            <w:r w:rsidRPr="0065116E">
              <w:rPr>
                <w:b/>
                <w:color w:val="000000"/>
              </w:rPr>
              <w:t>Mi, 24.02.2027</w:t>
            </w:r>
          </w:p>
          <w:p w14:paraId="11E58C4A" w14:textId="77777777" w:rsidR="00C16F69" w:rsidRDefault="00C16F69" w:rsidP="00217D2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43AA42" w14:textId="617C395F" w:rsidR="00C16F69" w:rsidRDefault="00C16F69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08:00 – 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4E7625E" w14:textId="73B58022" w:rsidR="00C16F69" w:rsidRPr="00C16F69" w:rsidRDefault="00C16F69" w:rsidP="00217D2E">
            <w:pPr>
              <w:spacing w:after="0" w:line="240" w:lineRule="auto"/>
              <w:rPr>
                <w:bCs/>
                <w:lang w:val="de-DE"/>
              </w:rPr>
            </w:pPr>
            <w:r w:rsidRPr="00C16F69">
              <w:rPr>
                <w:bCs/>
                <w:lang w:val="de-DE"/>
              </w:rPr>
              <w:t>ESI „Potenziale Entdecken“, Evangelische Stadtkirchengemeinde Solingen, Kirchplatz 14, 42651 Solingen</w:t>
            </w:r>
            <w:r>
              <w:rPr>
                <w:bCs/>
                <w:lang w:val="de-DE"/>
              </w:rPr>
              <w:t>, Klasse 8d</w:t>
            </w:r>
          </w:p>
        </w:tc>
      </w:tr>
      <w:tr w:rsidR="00C16F69" w:rsidRPr="00104B49" w14:paraId="5148254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B1359E3" w14:textId="77777777" w:rsidR="00C16F69" w:rsidRPr="0065116E" w:rsidRDefault="00C16F69" w:rsidP="0065116E">
            <w:pPr>
              <w:spacing w:after="0" w:line="240" w:lineRule="auto"/>
              <w:rPr>
                <w:b/>
                <w:color w:val="000000"/>
              </w:rPr>
            </w:pPr>
            <w:r w:rsidRPr="0065116E">
              <w:rPr>
                <w:b/>
                <w:color w:val="000000"/>
              </w:rPr>
              <w:t>Do, 25.02.2027</w:t>
            </w:r>
          </w:p>
          <w:p w14:paraId="572EC95B" w14:textId="77777777" w:rsidR="00C16F69" w:rsidRDefault="00C16F69" w:rsidP="00217D2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8EF7E9A" w14:textId="75B1D158" w:rsidR="00C16F69" w:rsidRDefault="00C16F69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08:00 – 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D8ABEA" w14:textId="28508002" w:rsidR="00C16F69" w:rsidRPr="00C16F69" w:rsidRDefault="00C16F69" w:rsidP="00217D2E">
            <w:pPr>
              <w:spacing w:after="0" w:line="240" w:lineRule="auto"/>
              <w:rPr>
                <w:bCs/>
                <w:lang w:val="de-DE"/>
              </w:rPr>
            </w:pPr>
            <w:r w:rsidRPr="00C16F69">
              <w:rPr>
                <w:bCs/>
                <w:lang w:val="de-DE"/>
              </w:rPr>
              <w:t>ESI „Potenziale Entdecken“,  Evangelische Stadtkirchengemeinde Solingen, Kirchplatz 14, 42651 Solingen</w:t>
            </w:r>
            <w:r>
              <w:rPr>
                <w:bCs/>
                <w:lang w:val="de-DE"/>
              </w:rPr>
              <w:t>, Klasse 8e</w:t>
            </w:r>
          </w:p>
        </w:tc>
      </w:tr>
      <w:tr w:rsidR="00C16F69" w:rsidRPr="00104B49" w14:paraId="3DCC2D1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CC37FB" w14:textId="77777777" w:rsidR="00C16F69" w:rsidRPr="0065116E" w:rsidRDefault="00C16F69" w:rsidP="0065116E">
            <w:pPr>
              <w:spacing w:after="0" w:line="240" w:lineRule="auto"/>
              <w:rPr>
                <w:b/>
                <w:color w:val="000000"/>
              </w:rPr>
            </w:pPr>
            <w:r w:rsidRPr="0065116E">
              <w:rPr>
                <w:b/>
                <w:color w:val="000000"/>
              </w:rPr>
              <w:t>Fr, 26.02.2027</w:t>
            </w:r>
          </w:p>
          <w:p w14:paraId="71AE90E8" w14:textId="77777777" w:rsidR="00C16F69" w:rsidRDefault="00C16F69" w:rsidP="00217D2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FA16A8" w14:textId="41B90305" w:rsidR="00C16F69" w:rsidRDefault="00C16F69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08:00 – 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54406F8" w14:textId="0EB6F441" w:rsidR="00C16F69" w:rsidRPr="00C16F69" w:rsidRDefault="00C16F69" w:rsidP="00217D2E">
            <w:pPr>
              <w:spacing w:after="0" w:line="240" w:lineRule="auto"/>
              <w:rPr>
                <w:bCs/>
                <w:lang w:val="de-DE"/>
              </w:rPr>
            </w:pPr>
            <w:r w:rsidRPr="00C16F69">
              <w:rPr>
                <w:bCs/>
                <w:lang w:val="de-DE"/>
              </w:rPr>
              <w:t xml:space="preserve">ESI „Potenziale Entdecken“, </w:t>
            </w:r>
            <w:r>
              <w:rPr>
                <w:bCs/>
                <w:lang w:val="de-DE"/>
              </w:rPr>
              <w:t>E</w:t>
            </w:r>
            <w:r w:rsidRPr="00C16F69">
              <w:rPr>
                <w:bCs/>
                <w:lang w:val="de-DE"/>
              </w:rPr>
              <w:t>vangelische Stadtkirchengemeinde Solingen, Kirchplatz 14, 42651 Solingen</w:t>
            </w:r>
            <w:r>
              <w:rPr>
                <w:bCs/>
                <w:lang w:val="de-DE"/>
              </w:rPr>
              <w:t>, Klasse 8a</w:t>
            </w:r>
          </w:p>
        </w:tc>
      </w:tr>
      <w:tr w:rsidR="00217D2E" w14:paraId="275C05FE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DD60A75" w14:textId="77777777" w:rsidR="00217D2E" w:rsidRDefault="00217D2E" w:rsidP="00217D2E">
            <w:pPr>
              <w:keepNext/>
              <w:spacing w:after="0" w:line="240" w:lineRule="auto"/>
            </w:pPr>
            <w:proofErr w:type="spellStart"/>
            <w:r>
              <w:rPr>
                <w:b/>
                <w:color w:val="000000"/>
                <w:sz w:val="20"/>
              </w:rPr>
              <w:t>März</w:t>
            </w:r>
            <w:proofErr w:type="spellEnd"/>
            <w:r>
              <w:rPr>
                <w:b/>
                <w:color w:val="000000"/>
                <w:sz w:val="20"/>
              </w:rPr>
              <w:t xml:space="preserve"> 2027</w:t>
            </w:r>
          </w:p>
        </w:tc>
      </w:tr>
      <w:tr w:rsidR="00C16F69" w:rsidRPr="00265512" w14:paraId="383E5A8D" w14:textId="77777777" w:rsidTr="00E479C3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FC68C4" w14:textId="776F4BCB" w:rsidR="00C16F69" w:rsidRDefault="00C16F69" w:rsidP="00C16F69">
            <w:pPr>
              <w:spacing w:after="0" w:line="240" w:lineRule="auto"/>
              <w:rPr>
                <w:b/>
                <w:color w:val="000000"/>
              </w:rPr>
            </w:pPr>
            <w:r w:rsidRPr="0065116E">
              <w:rPr>
                <w:b/>
                <w:color w:val="000000"/>
              </w:rPr>
              <w:t>Mo, 01.03.2027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4C10C6" w14:textId="139D8CF8" w:rsidR="00C16F69" w:rsidRDefault="0065116E" w:rsidP="00C16F69">
            <w:pPr>
              <w:spacing w:after="0" w:line="240" w:lineRule="auto"/>
            </w:pPr>
            <w:r>
              <w:rPr>
                <w:color w:val="000000"/>
              </w:rPr>
              <w:t>08:00 – 14:30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2C7983" w14:textId="29869945" w:rsidR="00C16F69" w:rsidRPr="007A0867" w:rsidRDefault="0065116E" w:rsidP="00C16F69">
            <w:pPr>
              <w:spacing w:after="0" w:line="240" w:lineRule="auto"/>
              <w:rPr>
                <w:color w:val="000000"/>
                <w:lang w:val="de-DE"/>
              </w:rPr>
            </w:pPr>
            <w:r w:rsidRPr="00C16F69">
              <w:rPr>
                <w:bCs/>
                <w:lang w:val="de-DE"/>
              </w:rPr>
              <w:t xml:space="preserve">ESI „Potenziale Entdecken“, </w:t>
            </w:r>
            <w:r>
              <w:rPr>
                <w:bCs/>
                <w:lang w:val="de-DE"/>
              </w:rPr>
              <w:t>E</w:t>
            </w:r>
            <w:r w:rsidRPr="00C16F69">
              <w:rPr>
                <w:bCs/>
                <w:lang w:val="de-DE"/>
              </w:rPr>
              <w:t>vangelische Stadtkirchengemeinde Solingen, Kirchplatz 14, 42651 Solingen</w:t>
            </w:r>
            <w:r>
              <w:rPr>
                <w:bCs/>
                <w:lang w:val="de-DE"/>
              </w:rPr>
              <w:t>, Klasse 8f</w:t>
            </w:r>
          </w:p>
        </w:tc>
      </w:tr>
      <w:tr w:rsidR="00217D2E" w:rsidRPr="00265512" w14:paraId="5105C4A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05EB2CC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02.03.2027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FE0791" w14:textId="5837BECD" w:rsidR="00217D2E" w:rsidRDefault="00217D2E" w:rsidP="00217D2E">
            <w:pPr>
              <w:spacing w:after="0" w:line="240" w:lineRule="auto"/>
            </w:pPr>
            <w:r>
              <w:t>14:45-16:15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B74F5C7" w14:textId="08E4650A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Dienstbesprechung Sek. I </w:t>
            </w:r>
          </w:p>
        </w:tc>
      </w:tr>
      <w:tr w:rsidR="00217D2E" w:rsidRPr="00265512" w14:paraId="1873CF8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565A7D" w14:textId="77777777" w:rsidR="00217D2E" w:rsidRPr="00104B49" w:rsidRDefault="00217D2E" w:rsidP="00217D2E">
            <w:pPr>
              <w:spacing w:after="0" w:line="240" w:lineRule="auto"/>
              <w:rPr>
                <w:b/>
              </w:rPr>
            </w:pPr>
            <w:r w:rsidRPr="00104B49">
              <w:rPr>
                <w:b/>
              </w:rPr>
              <w:t>Fr., 05.03.2027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CDA581C" w14:textId="14D7EEF9" w:rsidR="00217D2E" w:rsidRPr="00104B49" w:rsidRDefault="00217D2E" w:rsidP="00217D2E">
            <w:pPr>
              <w:spacing w:after="0" w:line="240" w:lineRule="auto"/>
              <w:rPr>
                <w:bCs/>
              </w:rPr>
            </w:pPr>
            <w:r w:rsidRPr="00104B49">
              <w:rPr>
                <w:bCs/>
              </w:rPr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F72F6D3" w14:textId="77777777" w:rsidR="00217D2E" w:rsidRPr="00104B49" w:rsidRDefault="00217D2E" w:rsidP="00217D2E">
            <w:pPr>
              <w:spacing w:after="0" w:line="240" w:lineRule="auto"/>
              <w:rPr>
                <w:bCs/>
                <w:lang w:val="de-DE"/>
              </w:rPr>
            </w:pPr>
            <w:r w:rsidRPr="00104B49">
              <w:rPr>
                <w:bCs/>
                <w:lang w:val="de-DE"/>
              </w:rPr>
              <w:t>WEBUNTIS-Fehlzeiten von BL kontrolliert (nur Q2)</w:t>
            </w:r>
          </w:p>
        </w:tc>
      </w:tr>
      <w:tr w:rsidR="000B416E" w:rsidRPr="00265512" w14:paraId="4196178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94920D" w14:textId="445DC43E" w:rsidR="000B416E" w:rsidRPr="00104B49" w:rsidRDefault="000B416E" w:rsidP="00217D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Mo., 08.03.2027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B3E4A5" w14:textId="750E1375" w:rsidR="000B416E" w:rsidRPr="00104B49" w:rsidRDefault="000B416E" w:rsidP="00217D2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08:00- 09:05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0244655" w14:textId="77777777" w:rsidR="000B416E" w:rsidRPr="000B416E" w:rsidRDefault="000B416E" w:rsidP="000B416E">
            <w:pPr>
              <w:spacing w:after="0" w:line="240" w:lineRule="auto"/>
              <w:rPr>
                <w:bCs/>
                <w:lang w:val="de-DE"/>
              </w:rPr>
            </w:pPr>
            <w:r w:rsidRPr="000B416E">
              <w:rPr>
                <w:bCs/>
                <w:lang w:val="de-DE"/>
              </w:rPr>
              <w:t>Informationsveranstaltung</w:t>
            </w:r>
          </w:p>
          <w:p w14:paraId="28578BAC" w14:textId="6AAB1F9D" w:rsidR="000B416E" w:rsidRPr="00104B49" w:rsidRDefault="000B416E" w:rsidP="000B416E">
            <w:pPr>
              <w:spacing w:after="0" w:line="240" w:lineRule="auto"/>
              <w:rPr>
                <w:bCs/>
                <w:lang w:val="de-DE"/>
              </w:rPr>
            </w:pPr>
            <w:r w:rsidRPr="000B416E">
              <w:rPr>
                <w:bCs/>
                <w:lang w:val="de-DE"/>
              </w:rPr>
              <w:t>„Duales Studium“ und Plan B“ (AA), Jg. EF</w:t>
            </w:r>
          </w:p>
        </w:tc>
      </w:tr>
      <w:tr w:rsidR="00217D2E" w:rsidRPr="00265512" w14:paraId="49BE4B6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EA1D382" w14:textId="7B587E4F" w:rsidR="00217D2E" w:rsidRPr="00104B49" w:rsidRDefault="00217D2E" w:rsidP="00217D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Di., 09.03.2027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13BE8BB" w14:textId="366EB81C" w:rsidR="00217D2E" w:rsidRPr="00104B49" w:rsidRDefault="00217D2E" w:rsidP="00217D2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13:30-16:30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5C4B37" w14:textId="56C1B9AE" w:rsidR="00217D2E" w:rsidRPr="00104B49" w:rsidRDefault="00217D2E" w:rsidP="00217D2E">
            <w:pPr>
              <w:spacing w:after="0" w:line="240" w:lineRule="auto"/>
              <w:rPr>
                <w:bCs/>
                <w:lang w:val="de-DE"/>
              </w:rPr>
            </w:pPr>
            <w:r>
              <w:rPr>
                <w:color w:val="000000"/>
                <w:lang w:val="de-DE"/>
              </w:rPr>
              <w:t>2. Lehrerkonferenz; Kurzstundentag: Unterrichtsschluss 13:05 Uhr</w:t>
            </w:r>
          </w:p>
        </w:tc>
      </w:tr>
      <w:tr w:rsidR="00217D2E" w:rsidRPr="00265512" w14:paraId="79ABEC0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C75A72E" w14:textId="3D27708F" w:rsidR="00217D2E" w:rsidRDefault="00217D2E" w:rsidP="00217D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Do., 11.03.2027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9B5FAA" w14:textId="26AA605F" w:rsidR="00217D2E" w:rsidRDefault="00217D2E" w:rsidP="00217D2E">
            <w:pPr>
              <w:spacing w:after="0" w:line="240" w:lineRule="auto"/>
              <w:rPr>
                <w:bCs/>
              </w:rPr>
            </w:pPr>
            <w:r>
              <w:rPr>
                <w:color w:val="000000"/>
              </w:rPr>
              <w:t>19:00-21:00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BB1A8F7" w14:textId="720F5EBE" w:rsidR="00217D2E" w:rsidRDefault="00217D2E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Schulpflegschaftssitzung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217D2E" w:rsidRPr="00265512" w14:paraId="2884E05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DED1D79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12.03.2027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9083F8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F23B934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Aufbau der Ausstellung „UNESCO </w:t>
            </w:r>
            <w:proofErr w:type="spellStart"/>
            <w:r w:rsidRPr="007A0867">
              <w:rPr>
                <w:color w:val="000000"/>
                <w:lang w:val="de-DE"/>
              </w:rPr>
              <w:t>meets</w:t>
            </w:r>
            <w:proofErr w:type="spellEnd"/>
            <w:r w:rsidRPr="007A0867">
              <w:rPr>
                <w:color w:val="000000"/>
                <w:lang w:val="de-DE"/>
              </w:rPr>
              <w:t xml:space="preserve"> Kunst und MINT“ – Tag des Waldes (großes PZ)</w:t>
            </w:r>
          </w:p>
        </w:tc>
      </w:tr>
      <w:tr w:rsidR="00217D2E" w:rsidRPr="00265512" w14:paraId="0C8E55D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9EA13A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12.03.2027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C9BF614" w14:textId="1BDE81A0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63C2619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Eingabe der Zeugnisnoten für Q2 in Schildweb; Ende des Bewertungszeitraums Q2; Anmeldungen für die neue EF</w:t>
            </w:r>
          </w:p>
        </w:tc>
      </w:tr>
      <w:tr w:rsidR="000B416E" w:rsidRPr="00265512" w14:paraId="4B2C751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5C7D70" w14:textId="610148C3" w:rsidR="000B416E" w:rsidRDefault="000B416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Fr., 12.03.2027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F450E60" w14:textId="53F48F7D" w:rsidR="000B416E" w:rsidRDefault="000B416E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08:30-12:30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455DCE" w14:textId="5960C199" w:rsidR="000B416E" w:rsidRPr="007A0867" w:rsidRDefault="000B416E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Anmeldung zur EF</w:t>
            </w:r>
          </w:p>
        </w:tc>
      </w:tr>
      <w:tr w:rsidR="00217D2E" w:rsidRPr="00265512" w14:paraId="383F793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B7FDAE4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15.–Mi., 17.03.2027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FD491B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9EA2FFA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Ausstellung „UNESCO </w:t>
            </w:r>
            <w:proofErr w:type="spellStart"/>
            <w:r w:rsidRPr="007A0867">
              <w:rPr>
                <w:color w:val="000000"/>
                <w:lang w:val="de-DE"/>
              </w:rPr>
              <w:t>meets</w:t>
            </w:r>
            <w:proofErr w:type="spellEnd"/>
            <w:r w:rsidRPr="007A0867">
              <w:rPr>
                <w:color w:val="000000"/>
                <w:lang w:val="de-DE"/>
              </w:rPr>
              <w:t xml:space="preserve"> Kunst und MINT“ – Tag des Waldes (großes PZ)</w:t>
            </w:r>
          </w:p>
        </w:tc>
      </w:tr>
      <w:tr w:rsidR="00217D2E" w14:paraId="18442331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1B0DD2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16.03.2027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6EE2A61" w14:textId="4A61CAF8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14:45–16:15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9DC6CBA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Zulassungskonferenz</w:t>
            </w:r>
            <w:proofErr w:type="spellEnd"/>
            <w:r>
              <w:rPr>
                <w:color w:val="000000"/>
              </w:rPr>
              <w:t xml:space="preserve"> Q2 (C02)</w:t>
            </w:r>
          </w:p>
        </w:tc>
      </w:tr>
      <w:tr w:rsidR="00217D2E" w14:paraId="59A78F4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06DFF4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18.03.2027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CA3C40" w14:textId="2E8F1833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10:20–12:00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4764E52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Konferenz</w:t>
            </w:r>
            <w:proofErr w:type="spellEnd"/>
            <w:r>
              <w:rPr>
                <w:color w:val="000000"/>
              </w:rPr>
              <w:t xml:space="preserve"> des ZAA (</w:t>
            </w:r>
            <w:proofErr w:type="spellStart"/>
            <w:r>
              <w:rPr>
                <w:color w:val="000000"/>
              </w:rPr>
              <w:t>Schulleiterbüro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217D2E" w14:paraId="7352390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980292" w14:textId="5DE47CEE" w:rsidR="00217D2E" w:rsidRDefault="00217D2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Do., 18.03.2027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A775EE" w14:textId="1272FC40" w:rsidR="00217D2E" w:rsidRDefault="00217D2E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18:00-20:30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63EB99" w14:textId="0426D2B3" w:rsidR="00217D2E" w:rsidRDefault="00217D2E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Schulkonferenz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217D2E" w14:paraId="4C3183C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30A1CA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19.03.2027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BB73B0" w14:textId="2B1A58D0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8:00–9:05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251EE57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Letzter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Unterrichtstag</w:t>
            </w:r>
            <w:proofErr w:type="spellEnd"/>
            <w:r>
              <w:rPr>
                <w:color w:val="000000"/>
              </w:rPr>
              <w:t xml:space="preserve"> Q2; </w:t>
            </w:r>
            <w:proofErr w:type="spellStart"/>
            <w:r>
              <w:rPr>
                <w:color w:val="000000"/>
              </w:rPr>
              <w:t>Abigag</w:t>
            </w:r>
            <w:proofErr w:type="spellEnd"/>
          </w:p>
        </w:tc>
      </w:tr>
      <w:tr w:rsidR="00217D2E" w14:paraId="67D6865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995305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19.03.2027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F12A59B" w14:textId="36180E48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10:00–12:00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9680D64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Abiturzulassungen</w:t>
            </w:r>
            <w:proofErr w:type="spellEnd"/>
            <w:r>
              <w:rPr>
                <w:color w:val="000000"/>
              </w:rPr>
              <w:t xml:space="preserve"> in der Mensa</w:t>
            </w:r>
          </w:p>
        </w:tc>
      </w:tr>
      <w:tr w:rsidR="00217D2E" w14:paraId="2ED6384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EC058E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22.03.–Sa., 03.04.2027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9DE58A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7BA783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Osterferien</w:t>
            </w:r>
            <w:proofErr w:type="spellEnd"/>
          </w:p>
        </w:tc>
      </w:tr>
      <w:tr w:rsidR="00217D2E" w14:paraId="0DE34118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393CED" w14:textId="77777777" w:rsidR="00217D2E" w:rsidRDefault="00217D2E" w:rsidP="00217D2E">
            <w:pPr>
              <w:keepNext/>
              <w:spacing w:after="0" w:line="240" w:lineRule="auto"/>
            </w:pPr>
            <w:r>
              <w:rPr>
                <w:b/>
                <w:color w:val="000000"/>
                <w:sz w:val="20"/>
              </w:rPr>
              <w:t>April 2027</w:t>
            </w:r>
          </w:p>
        </w:tc>
      </w:tr>
      <w:tr w:rsidR="00217D2E" w14:paraId="12CD10A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44E5E5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05.–Fr., 09.04.2027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347A88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04D5BF1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Vorbereitungswoche</w:t>
            </w:r>
            <w:proofErr w:type="spellEnd"/>
            <w:r>
              <w:rPr>
                <w:color w:val="000000"/>
              </w:rPr>
              <w:t xml:space="preserve"> Abitur Q2</w:t>
            </w:r>
          </w:p>
        </w:tc>
      </w:tr>
      <w:tr w:rsidR="00217D2E" w14:paraId="61DC03E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004CA48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05.–Fr., 23.04.2027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2D11069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6F6756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Schülerbetriebspraktikum</w:t>
            </w:r>
            <w:proofErr w:type="spellEnd"/>
            <w:r>
              <w:rPr>
                <w:color w:val="000000"/>
              </w:rPr>
              <w:t xml:space="preserve"> des 9. </w:t>
            </w:r>
            <w:proofErr w:type="spellStart"/>
            <w:r>
              <w:rPr>
                <w:color w:val="000000"/>
              </w:rPr>
              <w:t>Jahrgangs</w:t>
            </w:r>
            <w:proofErr w:type="spellEnd"/>
          </w:p>
        </w:tc>
      </w:tr>
      <w:tr w:rsidR="00217D2E" w:rsidRPr="00265512" w14:paraId="1CDB23B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8E1DC4" w14:textId="77777777" w:rsidR="00217D2E" w:rsidRPr="00104B49" w:rsidRDefault="00217D2E" w:rsidP="00217D2E">
            <w:pPr>
              <w:spacing w:after="0" w:line="240" w:lineRule="auto"/>
            </w:pPr>
            <w:r w:rsidRPr="00104B49">
              <w:rPr>
                <w:b/>
              </w:rPr>
              <w:t>Mi., 07.04.2027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718BD2B" w14:textId="7A7714BF" w:rsidR="00217D2E" w:rsidRPr="00104B49" w:rsidRDefault="00217D2E" w:rsidP="00217D2E">
            <w:pPr>
              <w:spacing w:after="0" w:line="240" w:lineRule="auto"/>
            </w:pPr>
            <w:r w:rsidRPr="00104B49"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B1E1A14" w14:textId="77777777" w:rsidR="00217D2E" w:rsidRPr="00104B49" w:rsidRDefault="00217D2E" w:rsidP="00217D2E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WEBUNTIS-Fehlzeiten von BL+KL kontrolliert (5-Q1)</w:t>
            </w:r>
          </w:p>
        </w:tc>
      </w:tr>
      <w:tr w:rsidR="00217D2E" w14:paraId="44F9F8A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DF52082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08.04.2027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FECE195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D97007A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Känguru-Wettbewerb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Mathematik</w:t>
            </w:r>
            <w:proofErr w:type="spellEnd"/>
          </w:p>
        </w:tc>
      </w:tr>
      <w:tr w:rsidR="00217D2E" w14:paraId="6DD69EB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C4D837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09.04.2027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EA77CA3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A655E12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Sportmotorischer</w:t>
            </w:r>
            <w:proofErr w:type="spellEnd"/>
            <w:r>
              <w:rPr>
                <w:color w:val="000000"/>
              </w:rPr>
              <w:t xml:space="preserve"> Test</w:t>
            </w:r>
          </w:p>
        </w:tc>
      </w:tr>
      <w:tr w:rsidR="00217D2E" w:rsidRPr="00265512" w14:paraId="7A648C3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94E6CB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12.04.2027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66D8AE" w14:textId="0DD80FB6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8936A5E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Eintrag der Quartalsnoten für die Jahrgänge 5–Q1 in Schildweb</w:t>
            </w:r>
          </w:p>
        </w:tc>
      </w:tr>
      <w:tr w:rsidR="00217D2E" w14:paraId="7C3B7C4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63DB51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13.04.–Mi., 05.05.2027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7E19B40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50DC497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Schriftliche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Abiturprüfungen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Haupttermine</w:t>
            </w:r>
            <w:proofErr w:type="spellEnd"/>
          </w:p>
        </w:tc>
      </w:tr>
      <w:tr w:rsidR="00217D2E" w14:paraId="7107C69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11B2B6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lastRenderedPageBreak/>
              <w:t>Di., 13.04.2027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A5BC04A" w14:textId="3266C5EB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14:45–16:15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ECBC7D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Quartalskonferenz</w:t>
            </w:r>
            <w:proofErr w:type="spellEnd"/>
            <w:r>
              <w:rPr>
                <w:color w:val="000000"/>
              </w:rPr>
              <w:t xml:space="preserve"> EF (C02)</w:t>
            </w:r>
          </w:p>
        </w:tc>
      </w:tr>
      <w:tr w:rsidR="00217D2E" w:rsidRPr="00265512" w14:paraId="0045485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59D3F6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Mi., 14.–Mi., 21.04.2027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256732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F4D968" w14:textId="6C54456C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Quartalskonferenzen der Jahrgänge 5–9 (nach </w:t>
            </w:r>
            <w:r>
              <w:rPr>
                <w:color w:val="000000"/>
                <w:lang w:val="de-DE"/>
              </w:rPr>
              <w:t>Sonderplan</w:t>
            </w:r>
            <w:r w:rsidRPr="007A0867">
              <w:rPr>
                <w:color w:val="000000"/>
                <w:lang w:val="de-DE"/>
              </w:rPr>
              <w:t>)</w:t>
            </w:r>
          </w:p>
        </w:tc>
      </w:tr>
      <w:tr w:rsidR="00217D2E" w:rsidRPr="00265512" w14:paraId="507224F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F612F7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15.04.2027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427F41" w14:textId="7DC472F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14:45–17:00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D18834F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Quartalskonferenzen 10. Jahrgang (nur mit KL)</w:t>
            </w:r>
          </w:p>
        </w:tc>
      </w:tr>
      <w:tr w:rsidR="00217D2E" w:rsidRPr="00265512" w14:paraId="7F05674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602266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19.04.2027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88EAA1" w14:textId="648D8D21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14:00–18:00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9E03D2" w14:textId="326DDB9D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Elternsprechtag für alle Jahrgänge</w:t>
            </w:r>
          </w:p>
        </w:tc>
      </w:tr>
      <w:tr w:rsidR="00217D2E" w:rsidRPr="00265512" w14:paraId="163CCB4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570BE6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20.04.2027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F701D97" w14:textId="565B0260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14:00–16:30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2C1C0B" w14:textId="3B8EDF9E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Elternsprechtag nur für die Jahrgänge 5 und 6</w:t>
            </w:r>
          </w:p>
        </w:tc>
      </w:tr>
      <w:tr w:rsidR="000B416E" w:rsidRPr="00265512" w14:paraId="3C4F25A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DF76AE" w14:textId="5C4EC6A0" w:rsidR="000B416E" w:rsidRDefault="000B416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Do., 22.04.2027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BD8D17E" w14:textId="77777777" w:rsidR="000B416E" w:rsidRDefault="000B416E" w:rsidP="00217D2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7E9B845" w14:textId="05A7C9B4" w:rsidR="000B416E" w:rsidRPr="007A0867" w:rsidRDefault="000B416E" w:rsidP="00217D2E">
            <w:pPr>
              <w:spacing w:after="0" w:line="240" w:lineRule="auto"/>
              <w:rPr>
                <w:color w:val="000000"/>
                <w:lang w:val="de-DE"/>
              </w:rPr>
            </w:pPr>
            <w:r w:rsidRPr="000B416E">
              <w:rPr>
                <w:color w:val="000000"/>
                <w:lang w:val="de-DE"/>
              </w:rPr>
              <w:t>Girls‘ und Boys‘ Day, Jg. 9-Q2 (nach Anmeldung)</w:t>
            </w:r>
          </w:p>
        </w:tc>
      </w:tr>
      <w:tr w:rsidR="00217D2E" w14:paraId="09ED599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5504C2C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23.04.2027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870FD8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C77C5D5" w14:textId="09B2FBAD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Quartalsende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Jahrgänge</w:t>
            </w:r>
            <w:proofErr w:type="spellEnd"/>
            <w:r>
              <w:rPr>
                <w:color w:val="000000"/>
              </w:rPr>
              <w:t xml:space="preserve"> 5–Q1</w:t>
            </w:r>
          </w:p>
        </w:tc>
      </w:tr>
      <w:tr w:rsidR="00F91A0C" w:rsidRPr="00265512" w14:paraId="4185493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2AAA9A1" w14:textId="11F0AEEE" w:rsidR="00F91A0C" w:rsidRDefault="00F91A0C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27.04.2027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83A6AB8" w14:textId="5C468DE2" w:rsidR="00F91A0C" w:rsidRDefault="00F91A0C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14:45- 16:15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1CD787" w14:textId="31565710" w:rsidR="00F91A0C" w:rsidRPr="007A0867" w:rsidRDefault="00F91A0C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AK-internationaler Austausch/Erasmus</w:t>
            </w:r>
          </w:p>
        </w:tc>
      </w:tr>
      <w:tr w:rsidR="00217D2E" w14:paraId="0E645B13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1FC7D6B" w14:textId="77777777" w:rsidR="00217D2E" w:rsidRDefault="00217D2E" w:rsidP="00217D2E">
            <w:pPr>
              <w:keepNext/>
              <w:spacing w:after="0" w:line="240" w:lineRule="auto"/>
            </w:pPr>
            <w:r>
              <w:rPr>
                <w:b/>
                <w:color w:val="000000"/>
                <w:sz w:val="20"/>
              </w:rPr>
              <w:t>Mai 2027</w:t>
            </w:r>
          </w:p>
        </w:tc>
      </w:tr>
      <w:tr w:rsidR="00217D2E" w:rsidRPr="00265512" w14:paraId="6B38CEE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B069C47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04.–So., 09.05.2027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A6285D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671FBA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„Tour de Kultur“ – Kulturfahrten EF und Q1 nach London</w:t>
            </w:r>
          </w:p>
        </w:tc>
      </w:tr>
      <w:tr w:rsidR="00217D2E" w:rsidRPr="00265512" w14:paraId="67F3404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D67485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04.05.2027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4E2CC1" w14:textId="7537CCA3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19:00–20:30 / 19:30–20:30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17E685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Digitaler Elternabend Französisch ab Klasse 9: 19:00 Uhr für Eltern der Klassen 8abc, 19:30 Uhr für Eltern der Klassen 8def</w:t>
            </w:r>
          </w:p>
        </w:tc>
      </w:tr>
      <w:tr w:rsidR="00217D2E" w14:paraId="6F34F57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9F5B3F7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06.05.2027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05F234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29AF40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Feiertag</w:t>
            </w:r>
            <w:proofErr w:type="spellEnd"/>
            <w:r>
              <w:rPr>
                <w:color w:val="000000"/>
              </w:rPr>
              <w:t xml:space="preserve"> Christi </w:t>
            </w:r>
            <w:proofErr w:type="spellStart"/>
            <w:r>
              <w:rPr>
                <w:color w:val="000000"/>
              </w:rPr>
              <w:t>Himmelfahrt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unterrichtsfrei</w:t>
            </w:r>
            <w:proofErr w:type="spellEnd"/>
          </w:p>
        </w:tc>
      </w:tr>
      <w:tr w:rsidR="00217D2E" w14:paraId="5764436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BA313F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07.05.2027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B001554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3F1061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Beweglicher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Ferientag</w:t>
            </w:r>
            <w:proofErr w:type="spellEnd"/>
          </w:p>
        </w:tc>
      </w:tr>
      <w:tr w:rsidR="00217D2E" w14:paraId="3B26747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C7AFBBF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10.–Mo., 24.05.2027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51897BE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822732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Schriftliche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Abiturprüfungen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Nachschreibtermine</w:t>
            </w:r>
            <w:proofErr w:type="spellEnd"/>
          </w:p>
        </w:tc>
      </w:tr>
      <w:tr w:rsidR="00217D2E" w14:paraId="5C3773E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D4EE82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11.05.2027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2BE6DE" w14:textId="7504D334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9:00–12:00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A44CB49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ZP 10 Deutsch – </w:t>
            </w:r>
            <w:proofErr w:type="spellStart"/>
            <w:r>
              <w:rPr>
                <w:color w:val="000000"/>
              </w:rPr>
              <w:t>Haupttermin</w:t>
            </w:r>
            <w:proofErr w:type="spellEnd"/>
          </w:p>
        </w:tc>
      </w:tr>
      <w:tr w:rsidR="006C5308" w14:paraId="42F5CE2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A268783" w14:textId="20AE7FB1" w:rsidR="006C5308" w:rsidRDefault="006C5308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</w:t>
            </w:r>
            <w:r w:rsidR="00172C4E">
              <w:rPr>
                <w:b/>
                <w:color w:val="000000"/>
              </w:rPr>
              <w:t>11.05</w:t>
            </w:r>
            <w:r>
              <w:rPr>
                <w:b/>
                <w:color w:val="000000"/>
              </w:rPr>
              <w:t>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3296FE1" w14:textId="7391068E" w:rsidR="006C5308" w:rsidRDefault="006C5308" w:rsidP="00217D2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ganztägig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Beratung</w:t>
            </w:r>
            <w:proofErr w:type="spellEnd"/>
            <w:r>
              <w:rPr>
                <w:color w:val="000000"/>
              </w:rPr>
              <w:t>); 19:00–21:00 (</w:t>
            </w:r>
            <w:proofErr w:type="spellStart"/>
            <w:r>
              <w:rPr>
                <w:color w:val="000000"/>
              </w:rPr>
              <w:t>Elternabend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B5C28F" w14:textId="77CE9664" w:rsidR="006C5308" w:rsidRDefault="006C5308" w:rsidP="00217D2E">
            <w:pPr>
              <w:spacing w:after="0" w:line="240" w:lineRule="auto"/>
              <w:rPr>
                <w:color w:val="000000"/>
              </w:rPr>
            </w:pPr>
            <w:r w:rsidRPr="007A0867">
              <w:rPr>
                <w:color w:val="000000"/>
                <w:lang w:val="de-DE"/>
              </w:rPr>
              <w:t>Beratungstag EF, kein regulärer Unterricht in der EF; Elternabend EF (Mensa)</w:t>
            </w:r>
          </w:p>
        </w:tc>
      </w:tr>
      <w:tr w:rsidR="00217D2E" w14:paraId="53BEDB4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674514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13.05.2027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D20561" w14:textId="6A93B328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9:00–12:00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E253068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ZP 10 </w:t>
            </w:r>
            <w:proofErr w:type="spellStart"/>
            <w:r>
              <w:rPr>
                <w:color w:val="000000"/>
              </w:rPr>
              <w:t>Englisch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Haupttermin</w:t>
            </w:r>
            <w:proofErr w:type="spellEnd"/>
          </w:p>
        </w:tc>
      </w:tr>
      <w:tr w:rsidR="00217D2E" w14:paraId="09CD01AB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365660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17.05.2027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A9C59BF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2BC90E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Feiertag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Pfingstmontag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unterrichtsfrei</w:t>
            </w:r>
            <w:proofErr w:type="spellEnd"/>
          </w:p>
        </w:tc>
      </w:tr>
      <w:tr w:rsidR="00217D2E" w14:paraId="2584C06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8C5C009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18.05.2027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564D49C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83D5F7B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Pfingstferientag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unterrichtsfrei</w:t>
            </w:r>
            <w:proofErr w:type="spellEnd"/>
          </w:p>
        </w:tc>
      </w:tr>
      <w:tr w:rsidR="00217D2E" w14:paraId="1E67BE5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0D7387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20.05.2027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B9F0F45" w14:textId="2F862739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9:00–12:00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0198748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ZP 10 </w:t>
            </w:r>
            <w:proofErr w:type="spellStart"/>
            <w:r>
              <w:rPr>
                <w:color w:val="000000"/>
              </w:rPr>
              <w:t>Mathematik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Haupttermin</w:t>
            </w:r>
            <w:proofErr w:type="spellEnd"/>
          </w:p>
        </w:tc>
      </w:tr>
      <w:tr w:rsidR="00217D2E" w:rsidRPr="00265512" w14:paraId="408F3C8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CFE83C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24.–Fr., 28.05.2027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1301AD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3341826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Hochschul- und Schülerpraktikum der Q1</w:t>
            </w:r>
          </w:p>
        </w:tc>
      </w:tr>
      <w:tr w:rsidR="00217D2E" w:rsidRPr="00265512" w14:paraId="42F1FF5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11CEE6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24.05.2027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03B2ED1" w14:textId="7F0B8F5C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17:30–19:00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97FB28F" w14:textId="7913F86C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Dienstbesprechung der Klassenleitungen und Fachkonferenzvorsitzenden – WP-Wahlen</w:t>
            </w:r>
            <w:r>
              <w:rPr>
                <w:color w:val="000000"/>
                <w:lang w:val="de-DE"/>
              </w:rPr>
              <w:t xml:space="preserve"> (Jg. 6)</w:t>
            </w:r>
          </w:p>
        </w:tc>
      </w:tr>
      <w:tr w:rsidR="00217D2E" w14:paraId="5E1B406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DDECA5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24.05.2027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4CC64AF" w14:textId="505534AE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19:00–20:30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3F793F" w14:textId="4A9CA2CE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Elterninformationsabend</w:t>
            </w:r>
            <w:proofErr w:type="spellEnd"/>
            <w:r>
              <w:rPr>
                <w:color w:val="000000"/>
              </w:rPr>
              <w:t xml:space="preserve"> WP-</w:t>
            </w:r>
            <w:proofErr w:type="spellStart"/>
            <w:r>
              <w:rPr>
                <w:color w:val="000000"/>
              </w:rPr>
              <w:t>Wahlen</w:t>
            </w:r>
            <w:proofErr w:type="spellEnd"/>
            <w:r>
              <w:rPr>
                <w:color w:val="000000"/>
              </w:rPr>
              <w:t xml:space="preserve"> (Jg. 6)</w:t>
            </w:r>
          </w:p>
        </w:tc>
      </w:tr>
      <w:tr w:rsidR="00217D2E" w:rsidRPr="00265512" w14:paraId="6B1EBDD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827314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25.05.2027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85A0ED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7B9C0F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Zentrale Klausur Deutsch EF – Haupttermin</w:t>
            </w:r>
          </w:p>
        </w:tc>
      </w:tr>
      <w:tr w:rsidR="00217D2E" w14:paraId="1227467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566E65C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25.05.2027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7A022E0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66C1D8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ZP 10 Deutsch – </w:t>
            </w:r>
            <w:proofErr w:type="spellStart"/>
            <w:r>
              <w:rPr>
                <w:color w:val="000000"/>
              </w:rPr>
              <w:t>Nachtermin</w:t>
            </w:r>
            <w:proofErr w:type="spellEnd"/>
          </w:p>
        </w:tc>
      </w:tr>
      <w:tr w:rsidR="00217D2E" w14:paraId="5EBD2A22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C762FB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27.05.2027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2CF48E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2AE95FE" w14:textId="77777777" w:rsidR="00217D2E" w:rsidRDefault="00217D2E" w:rsidP="00217D2E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Feiertag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Fronleichnam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unterrichtsfrei</w:t>
            </w:r>
            <w:proofErr w:type="spellEnd"/>
          </w:p>
        </w:tc>
      </w:tr>
      <w:tr w:rsidR="00217D2E" w14:paraId="6A5F574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A0633AB" w14:textId="77777777" w:rsidR="00217D2E" w:rsidRPr="00217D2E" w:rsidRDefault="00217D2E" w:rsidP="00217D2E">
            <w:pPr>
              <w:spacing w:after="0" w:line="240" w:lineRule="auto"/>
            </w:pPr>
            <w:r w:rsidRPr="00217D2E">
              <w:rPr>
                <w:b/>
              </w:rPr>
              <w:t>Fr., 28.05.2027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AF8EE60" w14:textId="77777777" w:rsidR="00217D2E" w:rsidRP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ADDCF1D" w14:textId="77777777" w:rsidR="00217D2E" w:rsidRPr="00217D2E" w:rsidRDefault="00217D2E" w:rsidP="00217D2E">
            <w:pPr>
              <w:spacing w:after="0" w:line="240" w:lineRule="auto"/>
            </w:pPr>
            <w:proofErr w:type="spellStart"/>
            <w:r w:rsidRPr="00217D2E">
              <w:t>Unterrichtsfrei</w:t>
            </w:r>
            <w:proofErr w:type="spellEnd"/>
            <w:r w:rsidRPr="00217D2E">
              <w:t xml:space="preserve"> (</w:t>
            </w:r>
            <w:proofErr w:type="spellStart"/>
            <w:r w:rsidRPr="00217D2E">
              <w:t>Ausgleichstag</w:t>
            </w:r>
            <w:proofErr w:type="spellEnd"/>
            <w:r w:rsidRPr="00217D2E">
              <w:t xml:space="preserve"> für GST)</w:t>
            </w:r>
          </w:p>
        </w:tc>
      </w:tr>
      <w:tr w:rsidR="00217D2E" w:rsidRPr="00265512" w14:paraId="57E188B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6A47DDC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31.05.2027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F7D41CE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352505C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Zentrale Klausur Mathematik EF – Haupttermin</w:t>
            </w:r>
          </w:p>
        </w:tc>
      </w:tr>
      <w:tr w:rsidR="00217D2E" w14:paraId="4BB9DAC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462C79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31.05.2027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924D195" w14:textId="193AF8D2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13:30–15:30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48920BD" w14:textId="77777777" w:rsidR="00217D2E" w:rsidRDefault="00217D2E" w:rsidP="00217D2E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Einleitende Konferenz zu den mündlichen Prüfungen im 4. </w:t>
            </w:r>
            <w:proofErr w:type="spellStart"/>
            <w:r>
              <w:rPr>
                <w:color w:val="000000"/>
              </w:rPr>
              <w:t>Abiturfach</w:t>
            </w:r>
            <w:proofErr w:type="spellEnd"/>
            <w:r>
              <w:rPr>
                <w:color w:val="000000"/>
              </w:rPr>
              <w:t>, FPAs (C09)</w:t>
            </w:r>
          </w:p>
        </w:tc>
      </w:tr>
      <w:tr w:rsidR="00217D2E" w14:paraId="50BF5E3B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0C239F" w14:textId="77777777" w:rsidR="00217D2E" w:rsidRDefault="00217D2E" w:rsidP="00217D2E">
            <w:pPr>
              <w:keepNext/>
              <w:spacing w:after="0" w:line="240" w:lineRule="auto"/>
            </w:pPr>
            <w:proofErr w:type="spellStart"/>
            <w:r>
              <w:rPr>
                <w:b/>
                <w:color w:val="000000"/>
                <w:sz w:val="20"/>
              </w:rPr>
              <w:t>Juni</w:t>
            </w:r>
            <w:proofErr w:type="spellEnd"/>
            <w:r>
              <w:rPr>
                <w:b/>
                <w:color w:val="000000"/>
                <w:sz w:val="20"/>
              </w:rPr>
              <w:t xml:space="preserve"> 2027</w:t>
            </w:r>
          </w:p>
        </w:tc>
      </w:tr>
      <w:tr w:rsidR="00217D2E" w14:paraId="2AE7E42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8EE49C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01.06.2027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E51314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B19E15F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ZP 10 </w:t>
            </w:r>
            <w:proofErr w:type="spellStart"/>
            <w:r>
              <w:rPr>
                <w:color w:val="000000"/>
              </w:rPr>
              <w:t>Englisch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Nachtermin</w:t>
            </w:r>
            <w:proofErr w:type="spellEnd"/>
          </w:p>
        </w:tc>
      </w:tr>
      <w:tr w:rsidR="00217D2E" w:rsidRPr="00265512" w14:paraId="45E9D40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D27D87A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Mi., 02.06.2027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A877EB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60D43AC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Zentrale Klausur Deutsch EF – Nachtermin</w:t>
            </w:r>
          </w:p>
        </w:tc>
      </w:tr>
      <w:tr w:rsidR="00217D2E" w:rsidRPr="00265512" w14:paraId="00CD5FAB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7819BD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Mi., 02.06.2027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880318A" w14:textId="632A3D0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9:00–13:00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8F958B8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Mündliche Prüfungen im 4. Abiturfach; Studientag für die Jahrgänge 5–Q1; </w:t>
            </w:r>
            <w:proofErr w:type="spellStart"/>
            <w:r w:rsidRPr="007A0867">
              <w:rPr>
                <w:color w:val="000000"/>
                <w:lang w:val="de-DE"/>
              </w:rPr>
              <w:t>Fachschaftsarbeit</w:t>
            </w:r>
            <w:proofErr w:type="spellEnd"/>
          </w:p>
        </w:tc>
      </w:tr>
      <w:tr w:rsidR="00217D2E" w14:paraId="0685591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1DBC7E9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03.06.2027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91169A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1CF8E6" w14:textId="77777777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 xml:space="preserve">ZP 10 </w:t>
            </w:r>
            <w:proofErr w:type="spellStart"/>
            <w:r>
              <w:rPr>
                <w:color w:val="000000"/>
              </w:rPr>
              <w:t>Mathematik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Nachtermin</w:t>
            </w:r>
            <w:proofErr w:type="spellEnd"/>
          </w:p>
        </w:tc>
      </w:tr>
      <w:tr w:rsidR="000455ED" w14:paraId="4A2AA5B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B676B99" w14:textId="439FD360" w:rsidR="000455ED" w:rsidRDefault="000455ED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Mi., 03.06.2026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97A3A7" w14:textId="77777777" w:rsidR="000455ED" w:rsidRDefault="000455ED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96DF3B1" w14:textId="1CF13B29" w:rsidR="000455ED" w:rsidRDefault="000455ED" w:rsidP="00217D2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ggf</w:t>
            </w:r>
            <w:proofErr w:type="spellEnd"/>
            <w:r>
              <w:rPr>
                <w:color w:val="000000"/>
              </w:rPr>
              <w:t xml:space="preserve">. 2. Tag für </w:t>
            </w:r>
            <w:proofErr w:type="spellStart"/>
            <w:r>
              <w:rPr>
                <w:color w:val="000000"/>
              </w:rPr>
              <w:t>mündliche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Prüfungen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im</w:t>
            </w:r>
            <w:proofErr w:type="spellEnd"/>
            <w:r>
              <w:rPr>
                <w:color w:val="000000"/>
              </w:rPr>
              <w:t xml:space="preserve"> 4. </w:t>
            </w:r>
            <w:proofErr w:type="spellStart"/>
            <w:r>
              <w:rPr>
                <w:color w:val="000000"/>
              </w:rPr>
              <w:t>Abiturfach</w:t>
            </w:r>
            <w:proofErr w:type="spellEnd"/>
          </w:p>
        </w:tc>
      </w:tr>
      <w:tr w:rsidR="00217D2E" w:rsidRPr="00265512" w14:paraId="52CF96B7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B6758E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Mo., 07.06.2027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6C8B203" w14:textId="6FCFDAF2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61E65E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Späteste Abgabe der Noten des schriftlichen Abiturs</w:t>
            </w:r>
          </w:p>
        </w:tc>
      </w:tr>
      <w:tr w:rsidR="00217D2E" w:rsidRPr="00265512" w14:paraId="3C2CF0B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0D5B9FC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08.06.2027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4CA14F" w14:textId="77777777" w:rsidR="00217D2E" w:rsidRDefault="00217D2E" w:rsidP="00217D2E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0D52658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Zentrale Klausur Mathematik EF – Nachtermin</w:t>
            </w:r>
          </w:p>
        </w:tc>
      </w:tr>
      <w:tr w:rsidR="00217D2E" w:rsidRPr="00265512" w14:paraId="4FD1615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8D528CF" w14:textId="04BF2847" w:rsidR="00217D2E" w:rsidRDefault="00217D2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08.06.2027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8B6A09" w14:textId="68373369" w:rsidR="00217D2E" w:rsidRDefault="00217D2E" w:rsidP="00217D2E">
            <w:pPr>
              <w:spacing w:after="0" w:line="240" w:lineRule="auto"/>
            </w:pPr>
            <w:r>
              <w:t>13:30-16:30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6FB721" w14:textId="4D9BD543" w:rsidR="00217D2E" w:rsidRPr="007A0867" w:rsidRDefault="00217D2E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3. Lehrerkonferenz; Kurzstundentag: Unterrichtsschluss 13:05 Uhr</w:t>
            </w:r>
          </w:p>
        </w:tc>
      </w:tr>
      <w:tr w:rsidR="00217D2E" w:rsidRPr="00265512" w14:paraId="72B2AA0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31BB6E9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Do., 10.06.2027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944C9FB" w14:textId="3E0AC27A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10:20–12:00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F058B02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Zweite Konferenz des ZAA (Schulleiterbüro)</w:t>
            </w:r>
          </w:p>
        </w:tc>
      </w:tr>
      <w:tr w:rsidR="00217D2E" w:rsidRPr="00265512" w14:paraId="166F71B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D0DC1A" w14:textId="7649AD64" w:rsidR="00217D2E" w:rsidRDefault="00217D2E" w:rsidP="00217D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</w:rPr>
              <w:t>Do., 10.06.2027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6989C87" w14:textId="40705CB3" w:rsidR="00217D2E" w:rsidRDefault="00217D2E" w:rsidP="00217D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19:00-21:00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7B99AAC" w14:textId="727F3D26" w:rsidR="00217D2E" w:rsidRPr="007A0867" w:rsidRDefault="00217D2E" w:rsidP="00217D2E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Schulpflegschaftssitzung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217D2E" w:rsidRPr="00265512" w14:paraId="21AA1F2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B32F596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Fr., 11.06.2027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D046A4F" w14:textId="5A147CF8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8:00–9:05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D6F4B57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Bekanntgabe der bisher erzielten Ergebnisse im Abitur (Mensa)</w:t>
            </w:r>
          </w:p>
        </w:tc>
      </w:tr>
      <w:tr w:rsidR="00217D2E" w:rsidRPr="00265512" w14:paraId="23B14789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679C6C7" w14:textId="77777777" w:rsidR="00217D2E" w:rsidRDefault="00217D2E" w:rsidP="00217D2E">
            <w:pPr>
              <w:spacing w:after="0" w:line="240" w:lineRule="auto"/>
            </w:pPr>
            <w:r>
              <w:rPr>
                <w:b/>
                <w:color w:val="000000"/>
              </w:rPr>
              <w:t>Di., 15.06.2027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CB8F31" w14:textId="20AEE2D9" w:rsidR="00217D2E" w:rsidRDefault="00217D2E" w:rsidP="00217D2E">
            <w:pPr>
              <w:spacing w:after="0" w:line="240" w:lineRule="auto"/>
            </w:pPr>
            <w:r>
              <w:rPr>
                <w:color w:val="000000"/>
              </w:rPr>
              <w:t>18:00–20:00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4412EE8" w14:textId="77777777" w:rsidR="00217D2E" w:rsidRPr="007A0867" w:rsidRDefault="00217D2E" w:rsidP="00217D2E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Informationsabend für SchülerInnen und Eltern zum Start der EF im Schuljahr 2027/2028 (Mensa)</w:t>
            </w:r>
          </w:p>
        </w:tc>
      </w:tr>
      <w:tr w:rsidR="001142C0" w:rsidRPr="00265512" w14:paraId="4850A196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F39DD7B" w14:textId="44E3CA37" w:rsidR="001142C0" w:rsidRDefault="001142C0" w:rsidP="001142C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Di., 15.06.2027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F29951" w14:textId="46965EBC" w:rsidR="001142C0" w:rsidRDefault="001142C0" w:rsidP="001142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14:45 – 16:15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AF085FB" w14:textId="0831778F" w:rsidR="001142C0" w:rsidRPr="007A0867" w:rsidRDefault="001142C0" w:rsidP="001142C0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AK-internationaler Austausch/Erasmus</w:t>
            </w:r>
          </w:p>
        </w:tc>
      </w:tr>
      <w:tr w:rsidR="001142C0" w:rsidRPr="00265512" w14:paraId="2092BEA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128FDE2" w14:textId="1E28AEC6" w:rsidR="001142C0" w:rsidRDefault="001142C0" w:rsidP="001142C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Mi., 16.06.2027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A0BE16" w14:textId="54A40ED0" w:rsidR="001142C0" w:rsidRDefault="001142C0" w:rsidP="001142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18:00-20:30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DA93CEA" w14:textId="54B96816" w:rsidR="001142C0" w:rsidRPr="007A0867" w:rsidRDefault="001142C0" w:rsidP="001142C0">
            <w:pPr>
              <w:spacing w:after="0" w:line="240" w:lineRule="auto"/>
              <w:rPr>
                <w:color w:val="000000"/>
                <w:lang w:val="de-DE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Schulkonferenz</w:t>
            </w:r>
            <w:proofErr w:type="spellEnd"/>
            <w:r>
              <w:rPr>
                <w:color w:val="000000"/>
              </w:rPr>
              <w:t xml:space="preserve"> (Mensa)</w:t>
            </w:r>
          </w:p>
        </w:tc>
      </w:tr>
      <w:tr w:rsidR="001142C0" w14:paraId="3EC51F0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1210A9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Fr., 18.06.2027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15FE95" w14:textId="77777777" w:rsidR="001142C0" w:rsidRDefault="001142C0" w:rsidP="001142C0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1D47624" w14:textId="77777777" w:rsidR="001142C0" w:rsidRDefault="001142C0" w:rsidP="001142C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Mündliche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Nachprüfungen</w:t>
            </w:r>
            <w:proofErr w:type="spellEnd"/>
            <w:r>
              <w:rPr>
                <w:color w:val="000000"/>
              </w:rPr>
              <w:t xml:space="preserve"> ZP 10</w:t>
            </w:r>
          </w:p>
        </w:tc>
      </w:tr>
      <w:tr w:rsidR="001142C0" w:rsidRPr="00265512" w14:paraId="025B05E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B43B16C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Fr., 18.06.2027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EFA5553" w14:textId="5F1F9C34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13:30–14:15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A829DE" w14:textId="77777777" w:rsidR="001142C0" w:rsidRPr="007A0867" w:rsidRDefault="001142C0" w:rsidP="001142C0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Bekanntgabe der Prüfungsnoten und Vornoten ZP 10 durch die Klassenleitungen (in den Klassenräumen)</w:t>
            </w:r>
          </w:p>
        </w:tc>
      </w:tr>
      <w:tr w:rsidR="001142C0" w:rsidRPr="00265512" w14:paraId="68B6D6DA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FD9FF1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Di., 22.06.2027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EDCF86" w14:textId="4B94DC15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bis 10:00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23F1289" w14:textId="167D3B65" w:rsidR="001142C0" w:rsidRPr="007A0867" w:rsidRDefault="001142C0" w:rsidP="001142C0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 xml:space="preserve">Eingabe der Zeugnisnoten für Jg. 10 in Schildweb; Eingabe der Texte für Förderzeugnisse und </w:t>
            </w:r>
            <w:proofErr w:type="spellStart"/>
            <w:r w:rsidRPr="007A0867">
              <w:rPr>
                <w:color w:val="000000"/>
                <w:lang w:val="de-DE"/>
              </w:rPr>
              <w:t>Lernstandsberichte</w:t>
            </w:r>
            <w:proofErr w:type="spellEnd"/>
            <w:r w:rsidRPr="007A0867">
              <w:rPr>
                <w:color w:val="000000"/>
                <w:lang w:val="de-DE"/>
              </w:rPr>
              <w:t xml:space="preserve"> Jg. 5–10; Abgabe der Bemerkungen zum außerunterrichtlichen Engagement </w:t>
            </w:r>
            <w:r>
              <w:rPr>
                <w:color w:val="000000"/>
                <w:lang w:val="de-DE"/>
              </w:rPr>
              <w:t>Jg. 5-Q1</w:t>
            </w:r>
          </w:p>
        </w:tc>
      </w:tr>
      <w:tr w:rsidR="001142C0" w:rsidRPr="00265512" w14:paraId="6BED63D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95D552B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Di., 22.06.2027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C9922A6" w14:textId="12B1B2FA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13:30–15:30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9D2ED7B" w14:textId="77777777" w:rsidR="001142C0" w:rsidRPr="007A0867" w:rsidRDefault="001142C0" w:rsidP="001142C0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Einleitende Konferenz zu den mündlichen Nachprüfungen, FPAs</w:t>
            </w:r>
          </w:p>
        </w:tc>
      </w:tr>
      <w:tr w:rsidR="001142C0" w:rsidRPr="00265512" w14:paraId="7EDE556C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D1C3F59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Do., 24.06.2027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FB6DFC6" w14:textId="77777777" w:rsidR="001142C0" w:rsidRDefault="001142C0" w:rsidP="001142C0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5B3695F" w14:textId="77777777" w:rsidR="001142C0" w:rsidRPr="007A0867" w:rsidRDefault="001142C0" w:rsidP="001142C0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Mündliche Nachprüfungen im Abitur (1.–3. Fach)</w:t>
            </w:r>
          </w:p>
        </w:tc>
      </w:tr>
      <w:tr w:rsidR="001142C0" w14:paraId="1A1B77D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2801070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Mo., 28.06.2027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036A6E" w14:textId="233ADBCC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13:30–17:00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1704AE" w14:textId="77777777" w:rsidR="001142C0" w:rsidRDefault="001142C0" w:rsidP="001142C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Zeugniskonferenzen</w:t>
            </w:r>
            <w:proofErr w:type="spellEnd"/>
            <w:r>
              <w:rPr>
                <w:color w:val="000000"/>
              </w:rPr>
              <w:t xml:space="preserve"> 10. </w:t>
            </w:r>
            <w:proofErr w:type="spellStart"/>
            <w:r>
              <w:rPr>
                <w:color w:val="000000"/>
              </w:rPr>
              <w:t>Jahrgang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nach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Sonderplan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1142C0" w:rsidRPr="00265512" w14:paraId="3726D5B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D0DA28" w14:textId="77777777" w:rsidR="001142C0" w:rsidRPr="00104B49" w:rsidRDefault="001142C0" w:rsidP="001142C0">
            <w:pPr>
              <w:spacing w:after="0" w:line="240" w:lineRule="auto"/>
            </w:pPr>
            <w:r w:rsidRPr="00104B49">
              <w:rPr>
                <w:b/>
              </w:rPr>
              <w:t>Mo., 28.06.2027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94DF7B7" w14:textId="5D343D0F" w:rsidR="001142C0" w:rsidRPr="00104B49" w:rsidRDefault="001142C0" w:rsidP="001142C0">
            <w:pPr>
              <w:spacing w:after="0" w:line="240" w:lineRule="auto"/>
            </w:pPr>
            <w:r w:rsidRPr="00104B49">
              <w:t>bis 16:00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F24F063" w14:textId="77777777" w:rsidR="001142C0" w:rsidRPr="00104B49" w:rsidRDefault="001142C0" w:rsidP="001142C0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WEBUNTIS-Fehlzeiten von BL+KL kontrolliert (5-9 + EF-Q1)</w:t>
            </w:r>
          </w:p>
        </w:tc>
      </w:tr>
      <w:tr w:rsidR="001142C0" w14:paraId="7D0B550F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7E0A4F7" w14:textId="0EA6DCB3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Mo., 28.06.–Fr., 02.07.2027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0258461" w14:textId="77777777" w:rsidR="001142C0" w:rsidRDefault="001142C0" w:rsidP="001142C0">
            <w:pPr>
              <w:spacing w:after="0" w:line="240" w:lineRule="auto"/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A543F40" w14:textId="77777777" w:rsidR="001142C0" w:rsidRDefault="001142C0" w:rsidP="001142C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Letzte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Schulwoche</w:t>
            </w:r>
            <w:proofErr w:type="spellEnd"/>
            <w:r>
              <w:rPr>
                <w:color w:val="000000"/>
              </w:rPr>
              <w:t xml:space="preserve"> des 10. </w:t>
            </w:r>
            <w:proofErr w:type="spellStart"/>
            <w:r>
              <w:rPr>
                <w:color w:val="000000"/>
              </w:rPr>
              <w:t>Jahrgangs</w:t>
            </w:r>
            <w:proofErr w:type="spellEnd"/>
          </w:p>
        </w:tc>
      </w:tr>
      <w:tr w:rsidR="001142C0" w14:paraId="2A8AEE96" w14:textId="77777777">
        <w:trPr>
          <w:cantSplit/>
          <w:jc w:val="center"/>
        </w:trPr>
        <w:tc>
          <w:tcPr>
            <w:tcW w:w="10584" w:type="dxa"/>
            <w:gridSpan w:val="3"/>
            <w:shd w:val="clear" w:color="auto" w:fill="D9D9D9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6CB2659" w14:textId="77777777" w:rsidR="001142C0" w:rsidRDefault="001142C0" w:rsidP="001142C0">
            <w:pPr>
              <w:keepNext/>
              <w:spacing w:after="0" w:line="240" w:lineRule="auto"/>
            </w:pPr>
            <w:r>
              <w:rPr>
                <w:b/>
                <w:color w:val="000000"/>
                <w:sz w:val="20"/>
              </w:rPr>
              <w:t>Juli 2027</w:t>
            </w:r>
          </w:p>
        </w:tc>
      </w:tr>
      <w:tr w:rsidR="001142C0" w:rsidRPr="00265512" w14:paraId="60E287DE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EFCA8F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Fr., 02.07.2027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03A902A" w14:textId="0746C086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 xml:space="preserve">bis 10:00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1B96849" w14:textId="77777777" w:rsidR="001142C0" w:rsidRPr="007A0867" w:rsidRDefault="001142C0" w:rsidP="001142C0">
            <w:pPr>
              <w:spacing w:after="0" w:line="240" w:lineRule="auto"/>
              <w:rPr>
                <w:lang w:val="de-DE"/>
              </w:rPr>
            </w:pPr>
            <w:r w:rsidRPr="007A0867">
              <w:rPr>
                <w:color w:val="000000"/>
                <w:lang w:val="de-DE"/>
              </w:rPr>
              <w:t>Eingabe der Zeugnisnoten für die Jahrgänge 5–9, EF und Q1 in Schildweb</w:t>
            </w:r>
          </w:p>
        </w:tc>
      </w:tr>
      <w:tr w:rsidR="001142C0" w14:paraId="5BBDE804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833732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Fr., 02.07.2027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E97A6A" w14:textId="1DA78B39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17:00–20:00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10A1B15" w14:textId="77777777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Abitur-</w:t>
            </w:r>
            <w:proofErr w:type="spellStart"/>
            <w:r>
              <w:rPr>
                <w:color w:val="000000"/>
              </w:rPr>
              <w:t>Zeugnisübergabe</w:t>
            </w:r>
            <w:proofErr w:type="spellEnd"/>
          </w:p>
        </w:tc>
      </w:tr>
      <w:tr w:rsidR="001142C0" w14:paraId="4643D06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F7B4D25" w14:textId="064E4BF2" w:rsidR="001142C0" w:rsidRDefault="001142C0" w:rsidP="001142C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Mo., 05.07.–Fr., 09.07.2027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84B47A7" w14:textId="77777777" w:rsidR="001142C0" w:rsidRDefault="001142C0" w:rsidP="001142C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08A8E2" w14:textId="7568FC7B" w:rsidR="001142C0" w:rsidRDefault="001142C0" w:rsidP="001142C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Englandfahrt</w:t>
            </w:r>
            <w:proofErr w:type="spellEnd"/>
            <w:r>
              <w:rPr>
                <w:color w:val="000000"/>
              </w:rPr>
              <w:t xml:space="preserve"> Jg. 8</w:t>
            </w:r>
          </w:p>
        </w:tc>
      </w:tr>
      <w:tr w:rsidR="000B416E" w14:paraId="5C883C5B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8686088" w14:textId="532B4280" w:rsidR="000B416E" w:rsidRDefault="000B416E" w:rsidP="001142C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Mo., 05.07.–Fr., 09.07.2027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74C419D" w14:textId="77777777" w:rsidR="000B416E" w:rsidRDefault="000B416E" w:rsidP="001142C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37DCF59" w14:textId="16004FB4" w:rsidR="000B416E" w:rsidRDefault="000B416E" w:rsidP="001142C0">
            <w:pPr>
              <w:spacing w:after="0" w:line="240" w:lineRule="auto"/>
              <w:rPr>
                <w:color w:val="000000"/>
              </w:rPr>
            </w:pPr>
            <w:proofErr w:type="spellStart"/>
            <w:r w:rsidRPr="000B416E">
              <w:rPr>
                <w:color w:val="000000"/>
              </w:rPr>
              <w:t>SommerUni</w:t>
            </w:r>
            <w:proofErr w:type="spellEnd"/>
            <w:r w:rsidRPr="000B416E">
              <w:rPr>
                <w:color w:val="000000"/>
              </w:rPr>
              <w:t xml:space="preserve"> an der BUW (für MINT-</w:t>
            </w:r>
            <w:proofErr w:type="spellStart"/>
            <w:r w:rsidRPr="000B416E">
              <w:rPr>
                <w:color w:val="000000"/>
              </w:rPr>
              <w:t>interessierte</w:t>
            </w:r>
            <w:proofErr w:type="spellEnd"/>
            <w:r w:rsidRPr="000B416E">
              <w:rPr>
                <w:color w:val="000000"/>
              </w:rPr>
              <w:t xml:space="preserve"> </w:t>
            </w:r>
            <w:proofErr w:type="spellStart"/>
            <w:r w:rsidRPr="000B416E">
              <w:rPr>
                <w:color w:val="000000"/>
              </w:rPr>
              <w:t>Schülerinnen</w:t>
            </w:r>
            <w:proofErr w:type="spellEnd"/>
            <w:r w:rsidRPr="000B416E">
              <w:rPr>
                <w:color w:val="000000"/>
              </w:rPr>
              <w:t xml:space="preserve"> </w:t>
            </w:r>
            <w:proofErr w:type="spellStart"/>
            <w:r w:rsidRPr="000B416E">
              <w:rPr>
                <w:color w:val="000000"/>
              </w:rPr>
              <w:t>nach</w:t>
            </w:r>
            <w:proofErr w:type="spellEnd"/>
            <w:r w:rsidRPr="000B416E">
              <w:rPr>
                <w:color w:val="000000"/>
              </w:rPr>
              <w:t xml:space="preserve"> </w:t>
            </w:r>
            <w:proofErr w:type="spellStart"/>
            <w:r w:rsidRPr="000B416E">
              <w:rPr>
                <w:color w:val="000000"/>
              </w:rPr>
              <w:t>Anmeldung</w:t>
            </w:r>
            <w:proofErr w:type="spellEnd"/>
            <w:r w:rsidRPr="000B416E">
              <w:rPr>
                <w:color w:val="000000"/>
              </w:rPr>
              <w:t>), Jg. 10-Q1</w:t>
            </w:r>
          </w:p>
        </w:tc>
      </w:tr>
      <w:tr w:rsidR="001142C0" w14:paraId="039B0780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F7AD72B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Di., 06.07.2027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69D4DCF" w14:textId="2D75914C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13:30–17:00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BED917" w14:textId="77777777" w:rsidR="001142C0" w:rsidRDefault="001142C0" w:rsidP="001142C0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Zeugniskonferenzen für die Jahrgänge 5 und 7 (nach Sonderplan); Unterrichtsschluss Sek. </w:t>
            </w:r>
            <w:r>
              <w:rPr>
                <w:color w:val="000000"/>
              </w:rPr>
              <w:t xml:space="preserve">I ab 13:05 </w:t>
            </w:r>
            <w:proofErr w:type="spellStart"/>
            <w:r>
              <w:rPr>
                <w:color w:val="000000"/>
              </w:rPr>
              <w:t>Uhr</w:t>
            </w:r>
            <w:proofErr w:type="spellEnd"/>
          </w:p>
        </w:tc>
      </w:tr>
      <w:tr w:rsidR="001142C0" w:rsidRPr="00265512" w14:paraId="0A1AB6B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7B5931" w14:textId="77777777" w:rsidR="001142C0" w:rsidRPr="00104B49" w:rsidRDefault="001142C0" w:rsidP="001142C0">
            <w:pPr>
              <w:spacing w:after="0" w:line="240" w:lineRule="auto"/>
            </w:pPr>
            <w:r w:rsidRPr="00104B49">
              <w:rPr>
                <w:b/>
              </w:rPr>
              <w:t>Do., 08.07.2027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019A6A3" w14:textId="4168BDBA" w:rsidR="001142C0" w:rsidRPr="00104B49" w:rsidRDefault="001142C0" w:rsidP="001142C0">
            <w:pPr>
              <w:spacing w:after="0" w:line="240" w:lineRule="auto"/>
            </w:pPr>
            <w:r>
              <w:t>8:00 – 17:00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31A7C2D" w14:textId="77777777" w:rsidR="001142C0" w:rsidRPr="00104B49" w:rsidRDefault="001142C0" w:rsidP="001142C0">
            <w:pPr>
              <w:spacing w:after="0" w:line="240" w:lineRule="auto"/>
              <w:rPr>
                <w:lang w:val="de-DE"/>
              </w:rPr>
            </w:pPr>
            <w:r w:rsidRPr="00104B49">
              <w:rPr>
                <w:lang w:val="de-DE"/>
              </w:rPr>
              <w:t>Digitaler Konferenztag/ Studientag; ZKs für die Jahrgänge 6,8,9, EF+Q1 (nach Sonderplan)</w:t>
            </w:r>
          </w:p>
        </w:tc>
      </w:tr>
      <w:tr w:rsidR="001142C0" w14:paraId="1B537608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DDF972B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Fr., 09.07.2027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B7118E" w14:textId="65727C9C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16:00–19:00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2952A0" w14:textId="77777777" w:rsidR="001142C0" w:rsidRDefault="001142C0" w:rsidP="001142C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Zeugnisübergabe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Jahrgang</w:t>
            </w:r>
            <w:proofErr w:type="spellEnd"/>
            <w:r>
              <w:rPr>
                <w:color w:val="000000"/>
              </w:rPr>
              <w:t xml:space="preserve"> 10</w:t>
            </w:r>
          </w:p>
        </w:tc>
      </w:tr>
      <w:tr w:rsidR="001142C0" w14:paraId="29A63EAD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E3C355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Mi., 14.07.2027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BC97716" w14:textId="7C6D650A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15:00–17:00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AEA4D5A" w14:textId="77777777" w:rsidR="001142C0" w:rsidRDefault="001142C0" w:rsidP="001142C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Kennenlernnachmittag</w:t>
            </w:r>
            <w:proofErr w:type="spellEnd"/>
            <w:r>
              <w:rPr>
                <w:color w:val="000000"/>
              </w:rPr>
              <w:t xml:space="preserve"> der </w:t>
            </w:r>
            <w:proofErr w:type="spellStart"/>
            <w:r>
              <w:rPr>
                <w:color w:val="000000"/>
              </w:rPr>
              <w:t>neuen</w:t>
            </w:r>
            <w:proofErr w:type="spellEnd"/>
            <w:r>
              <w:rPr>
                <w:color w:val="000000"/>
              </w:rPr>
              <w:t xml:space="preserve"> 5er</w:t>
            </w:r>
          </w:p>
        </w:tc>
      </w:tr>
      <w:tr w:rsidR="001142C0" w14:paraId="455E1285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9BF498A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Do., 15.07.2027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A75130A" w14:textId="0547EC5E" w:rsidR="001142C0" w:rsidRDefault="001142C0" w:rsidP="001142C0">
            <w:pPr>
              <w:spacing w:after="0" w:line="240" w:lineRule="auto"/>
            </w:pPr>
            <w:r>
              <w:t xml:space="preserve">8:00 – 13:00 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86853A8" w14:textId="77777777" w:rsidR="001142C0" w:rsidRDefault="001142C0" w:rsidP="001142C0">
            <w:pPr>
              <w:spacing w:after="0" w:line="240" w:lineRule="auto"/>
            </w:pPr>
            <w:r w:rsidRPr="007A0867">
              <w:rPr>
                <w:color w:val="000000"/>
                <w:lang w:val="de-DE"/>
              </w:rPr>
              <w:t xml:space="preserve">Spiel- und Sportfest der Sek. </w:t>
            </w:r>
            <w:r>
              <w:rPr>
                <w:color w:val="000000"/>
              </w:rPr>
              <w:t xml:space="preserve">I </w:t>
            </w:r>
            <w:proofErr w:type="spellStart"/>
            <w:r>
              <w:rPr>
                <w:color w:val="000000"/>
              </w:rPr>
              <w:t>und</w:t>
            </w:r>
            <w:proofErr w:type="spellEnd"/>
            <w:r>
              <w:rPr>
                <w:color w:val="000000"/>
              </w:rPr>
              <w:t xml:space="preserve"> II</w:t>
            </w:r>
          </w:p>
        </w:tc>
      </w:tr>
      <w:tr w:rsidR="001142C0" w14:paraId="46B96913" w14:textId="77777777">
        <w:trPr>
          <w:cantSplit/>
          <w:jc w:val="center"/>
        </w:trPr>
        <w:tc>
          <w:tcPr>
            <w:tcW w:w="208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F964E3" w14:textId="77777777" w:rsidR="001142C0" w:rsidRDefault="001142C0" w:rsidP="001142C0">
            <w:pPr>
              <w:spacing w:after="0" w:line="240" w:lineRule="auto"/>
            </w:pPr>
            <w:r>
              <w:rPr>
                <w:b/>
                <w:color w:val="000000"/>
              </w:rPr>
              <w:t>Fr., 16.07.2027</w:t>
            </w:r>
          </w:p>
        </w:tc>
        <w:tc>
          <w:tcPr>
            <w:tcW w:w="223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EA039DF" w14:textId="2295754E" w:rsidR="001142C0" w:rsidRDefault="001142C0" w:rsidP="001142C0">
            <w:pPr>
              <w:spacing w:after="0" w:line="240" w:lineRule="auto"/>
            </w:pPr>
            <w:r>
              <w:rPr>
                <w:color w:val="000000"/>
              </w:rPr>
              <w:t>10:35–11:20</w:t>
            </w:r>
          </w:p>
        </w:tc>
        <w:tc>
          <w:tcPr>
            <w:tcW w:w="626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D8FEF2" w14:textId="77777777" w:rsidR="001142C0" w:rsidRDefault="001142C0" w:rsidP="001142C0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Zeugnisausgabe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Unterrichtsende</w:t>
            </w:r>
            <w:proofErr w:type="spellEnd"/>
            <w:r>
              <w:rPr>
                <w:color w:val="000000"/>
              </w:rPr>
              <w:t xml:space="preserve"> 11:20 </w:t>
            </w:r>
            <w:proofErr w:type="spellStart"/>
            <w:r>
              <w:rPr>
                <w:color w:val="000000"/>
              </w:rPr>
              <w:t>Uhr</w:t>
            </w:r>
            <w:proofErr w:type="spellEnd"/>
          </w:p>
        </w:tc>
      </w:tr>
    </w:tbl>
    <w:p w14:paraId="5200CB9A" w14:textId="77777777" w:rsidR="000C7758" w:rsidRDefault="000C7758"/>
    <w:sectPr w:rsidR="000C7758" w:rsidSect="00034616">
      <w:footerReference w:type="default" r:id="rId8"/>
      <w:pgSz w:w="12240" w:h="15840"/>
      <w:pgMar w:top="792" w:right="792" w:bottom="792" w:left="792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95E0" w14:textId="77777777" w:rsidR="00FF4A26" w:rsidRDefault="00FF4A26">
      <w:pPr>
        <w:spacing w:after="0" w:line="240" w:lineRule="auto"/>
      </w:pPr>
      <w:r>
        <w:separator/>
      </w:r>
    </w:p>
  </w:endnote>
  <w:endnote w:type="continuationSeparator" w:id="0">
    <w:p w14:paraId="645B379C" w14:textId="77777777" w:rsidR="00FF4A26" w:rsidRDefault="00FF4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988DD" w14:textId="77777777" w:rsidR="0049774F" w:rsidRDefault="0049774F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F472E" w14:textId="77777777" w:rsidR="00FF4A26" w:rsidRDefault="00FF4A26">
      <w:pPr>
        <w:spacing w:after="0" w:line="240" w:lineRule="auto"/>
      </w:pPr>
      <w:r>
        <w:separator/>
      </w:r>
    </w:p>
  </w:footnote>
  <w:footnote w:type="continuationSeparator" w:id="0">
    <w:p w14:paraId="65ADA342" w14:textId="77777777" w:rsidR="00FF4A26" w:rsidRDefault="00FF4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5930963">
    <w:abstractNumId w:val="8"/>
  </w:num>
  <w:num w:numId="2" w16cid:durableId="1843815680">
    <w:abstractNumId w:val="6"/>
  </w:num>
  <w:num w:numId="3" w16cid:durableId="877623483">
    <w:abstractNumId w:val="5"/>
  </w:num>
  <w:num w:numId="4" w16cid:durableId="1266764613">
    <w:abstractNumId w:val="4"/>
  </w:num>
  <w:num w:numId="5" w16cid:durableId="1234121333">
    <w:abstractNumId w:val="7"/>
  </w:num>
  <w:num w:numId="6" w16cid:durableId="1517038032">
    <w:abstractNumId w:val="3"/>
  </w:num>
  <w:num w:numId="7" w16cid:durableId="1659192369">
    <w:abstractNumId w:val="2"/>
  </w:num>
  <w:num w:numId="8" w16cid:durableId="1804736223">
    <w:abstractNumId w:val="1"/>
  </w:num>
  <w:num w:numId="9" w16cid:durableId="203253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5ED"/>
    <w:rsid w:val="0006063C"/>
    <w:rsid w:val="000B416E"/>
    <w:rsid w:val="000C7758"/>
    <w:rsid w:val="00104B49"/>
    <w:rsid w:val="001139C0"/>
    <w:rsid w:val="001142C0"/>
    <w:rsid w:val="0015074B"/>
    <w:rsid w:val="00172C4E"/>
    <w:rsid w:val="001E3084"/>
    <w:rsid w:val="00217D2E"/>
    <w:rsid w:val="00265512"/>
    <w:rsid w:val="002726F5"/>
    <w:rsid w:val="0028793E"/>
    <w:rsid w:val="0029639D"/>
    <w:rsid w:val="002E4997"/>
    <w:rsid w:val="0030127F"/>
    <w:rsid w:val="00326F90"/>
    <w:rsid w:val="003524EC"/>
    <w:rsid w:val="00383903"/>
    <w:rsid w:val="003C468C"/>
    <w:rsid w:val="003D4155"/>
    <w:rsid w:val="0041739D"/>
    <w:rsid w:val="0042717F"/>
    <w:rsid w:val="004319A2"/>
    <w:rsid w:val="00455C87"/>
    <w:rsid w:val="004606D4"/>
    <w:rsid w:val="004750AA"/>
    <w:rsid w:val="0049774F"/>
    <w:rsid w:val="005479A9"/>
    <w:rsid w:val="0065116E"/>
    <w:rsid w:val="006908E4"/>
    <w:rsid w:val="006A5889"/>
    <w:rsid w:val="006C5308"/>
    <w:rsid w:val="0070046A"/>
    <w:rsid w:val="00705BD7"/>
    <w:rsid w:val="00773CE6"/>
    <w:rsid w:val="007A0867"/>
    <w:rsid w:val="00815E50"/>
    <w:rsid w:val="00AA1D8D"/>
    <w:rsid w:val="00AA52FA"/>
    <w:rsid w:val="00B324CE"/>
    <w:rsid w:val="00B47730"/>
    <w:rsid w:val="00B52D64"/>
    <w:rsid w:val="00BA3212"/>
    <w:rsid w:val="00BB1BFC"/>
    <w:rsid w:val="00BB27CC"/>
    <w:rsid w:val="00C16F69"/>
    <w:rsid w:val="00CB0664"/>
    <w:rsid w:val="00CD6984"/>
    <w:rsid w:val="00D06037"/>
    <w:rsid w:val="00D44173"/>
    <w:rsid w:val="00D4753E"/>
    <w:rsid w:val="00DB1BF0"/>
    <w:rsid w:val="00DB2260"/>
    <w:rsid w:val="00DD0891"/>
    <w:rsid w:val="00E56B77"/>
    <w:rsid w:val="00EE5299"/>
    <w:rsid w:val="00F277A8"/>
    <w:rsid w:val="00F411C7"/>
    <w:rsid w:val="00F91A0C"/>
    <w:rsid w:val="00FC693F"/>
    <w:rsid w:val="00FF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211BD"/>
  <w14:defaultImageDpi w14:val="300"/>
  <w15:docId w15:val="{A4EC004D-AB3A-4185-8399-9B3748D0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eastAsia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Standard"/>
    <w:uiPriority w:val="99"/>
    <w:unhideWhenUsed/>
    <w:rsid w:val="00C16F69"/>
    <w:pPr>
      <w:spacing w:after="0" w:line="240" w:lineRule="auto"/>
    </w:pPr>
    <w:rPr>
      <w:rFonts w:ascii="Calibri" w:eastAsiaTheme="minorHAnsi" w:hAnsi="Calibri" w:cs="Calibri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2361</Words>
  <Characters>14875</Characters>
  <Application>Microsoft Office Word</Application>
  <DocSecurity>0</DocSecurity>
  <Lines>123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Schuljahreskalender der Schulleitung 2026/2027</vt:lpstr>
      <vt:lpstr/>
    </vt:vector>
  </TitlesOfParts>
  <Manager/>
  <Company/>
  <LinksUpToDate>false</LinksUpToDate>
  <CharactersWithSpaces>17202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Schuljahreskalender der Schulleitung 2026/2027</dc:title>
  <dc:subject>Final abgeglichener Schuljahreskalender</dc:subject>
  <dc:creator>Kräntzer, Sebastian (ACG)</dc:creator>
  <cp:keywords/>
  <dc:description/>
  <cp:lastModifiedBy>Volke, Rebecca</cp:lastModifiedBy>
  <cp:revision>32</cp:revision>
  <cp:lastPrinted>2026-09-11T11:51:00Z</cp:lastPrinted>
  <dcterms:created xsi:type="dcterms:W3CDTF">2026-07-23T09:00:00Z</dcterms:created>
  <dcterms:modified xsi:type="dcterms:W3CDTF">2026-10-09T12:41:00Z</dcterms:modified>
  <cp:category/>
</cp:coreProperties>
</file>